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C334C" w14:textId="77777777" w:rsidR="00457D08" w:rsidRPr="00BC1B93" w:rsidRDefault="0061341C">
      <w:pPr>
        <w:keepNext/>
        <w:spacing w:after="20" w:line="240" w:lineRule="auto"/>
        <w:jc w:val="center"/>
        <w:rPr>
          <w:lang w:val="it-IT"/>
        </w:rPr>
      </w:pPr>
      <w:r w:rsidRPr="00BC1B93">
        <w:rPr>
          <w:b/>
          <w:sz w:val="32"/>
          <w:lang w:val="it-IT"/>
        </w:rPr>
        <w:t>COMUNICAT DE PRESĂ</w:t>
      </w:r>
    </w:p>
    <w:p w14:paraId="1498CA12" w14:textId="77777777" w:rsidR="00457D08" w:rsidRPr="00BC1B93" w:rsidRDefault="0061341C">
      <w:pPr>
        <w:keepNext/>
        <w:spacing w:line="240" w:lineRule="auto"/>
        <w:jc w:val="center"/>
        <w:rPr>
          <w:lang w:val="it-IT"/>
        </w:rPr>
      </w:pPr>
      <w:r w:rsidRPr="00BC1B93">
        <w:rPr>
          <w:b/>
          <w:sz w:val="21"/>
          <w:lang w:val="it-IT"/>
        </w:rPr>
        <w:t>privind finalizarea implementării proiectului</w:t>
      </w:r>
    </w:p>
    <w:p w14:paraId="448CD7C0" w14:textId="1547B36F" w:rsidR="00457D08" w:rsidRPr="00BC1B93" w:rsidRDefault="0061341C">
      <w:pPr>
        <w:tabs>
          <w:tab w:val="right" w:pos="9751"/>
        </w:tabs>
        <w:spacing w:after="0" w:line="240" w:lineRule="auto"/>
        <w:rPr>
          <w:lang w:val="it-IT"/>
        </w:rPr>
      </w:pPr>
      <w:r w:rsidRPr="00BC1B93">
        <w:rPr>
          <w:b/>
          <w:sz w:val="19"/>
          <w:lang w:val="it-IT"/>
        </w:rPr>
        <w:t xml:space="preserve">Emitent: UAT COMUNA </w:t>
      </w:r>
      <w:r w:rsidR="003E0AE1" w:rsidRPr="00BC1B93">
        <w:rPr>
          <w:b/>
          <w:bCs/>
          <w:shd w:val="clear" w:color="auto" w:fill="FFF2CC"/>
          <w:lang w:val="fr-FR"/>
        </w:rPr>
        <w:t>DOROBANTU</w:t>
      </w:r>
      <w:r w:rsidRPr="00BC1B93">
        <w:rPr>
          <w:b/>
          <w:sz w:val="19"/>
          <w:lang w:val="it-IT"/>
        </w:rPr>
        <w:tab/>
        <w:t xml:space="preserve">Data publicării: </w:t>
      </w:r>
      <w:r w:rsidR="003A7167" w:rsidRPr="00BC1B93">
        <w:rPr>
          <w:b/>
          <w:shd w:val="clear" w:color="auto" w:fill="FFF2CC"/>
          <w:lang w:val="it-IT"/>
        </w:rPr>
        <w:t>1</w:t>
      </w:r>
      <w:r w:rsidR="00952EED" w:rsidRPr="00BC1B93">
        <w:rPr>
          <w:b/>
          <w:shd w:val="clear" w:color="auto" w:fill="FFF2CC"/>
          <w:lang w:val="it-IT"/>
        </w:rPr>
        <w:t>3</w:t>
      </w:r>
      <w:r w:rsidR="003A7167" w:rsidRPr="00BC1B93">
        <w:rPr>
          <w:b/>
          <w:shd w:val="clear" w:color="auto" w:fill="FFF2CC"/>
          <w:lang w:val="it-IT"/>
        </w:rPr>
        <w:t>.08.2026</w:t>
      </w:r>
    </w:p>
    <w:p w14:paraId="6A3DB7F7" w14:textId="383615C9" w:rsidR="00457D08" w:rsidRPr="00BC1B93" w:rsidRDefault="0061341C">
      <w:pPr>
        <w:keepNext/>
        <w:spacing w:before="160"/>
        <w:jc w:val="center"/>
        <w:rPr>
          <w:lang w:val="it-IT"/>
        </w:rPr>
      </w:pPr>
      <w:r w:rsidRPr="00BC1B93">
        <w:rPr>
          <w:b/>
          <w:sz w:val="28"/>
          <w:lang w:val="it-IT"/>
        </w:rPr>
        <w:t xml:space="preserve">UAT </w:t>
      </w:r>
      <w:r w:rsidRPr="00BC1B93">
        <w:rPr>
          <w:b/>
          <w:sz w:val="28"/>
          <w:szCs w:val="28"/>
          <w:lang w:val="it-IT"/>
        </w:rPr>
        <w:t xml:space="preserve">COMUNA </w:t>
      </w:r>
      <w:r w:rsidR="003E0AE1" w:rsidRPr="00BC1B93">
        <w:rPr>
          <w:b/>
          <w:bCs/>
          <w:sz w:val="28"/>
          <w:szCs w:val="28"/>
          <w:shd w:val="clear" w:color="auto" w:fill="FFF2CC"/>
          <w:lang w:val="fr-FR"/>
        </w:rPr>
        <w:t>DOROBANTU</w:t>
      </w:r>
      <w:r w:rsidRPr="00BC1B93">
        <w:rPr>
          <w:b/>
          <w:bCs/>
          <w:sz w:val="28"/>
          <w:szCs w:val="28"/>
          <w:shd w:val="clear" w:color="auto" w:fill="FFF2CC"/>
          <w:lang w:val="fr-FR"/>
        </w:rPr>
        <w:t xml:space="preserve"> </w:t>
      </w:r>
      <w:r w:rsidRPr="00BC1B93">
        <w:rPr>
          <w:b/>
          <w:sz w:val="28"/>
          <w:szCs w:val="28"/>
          <w:lang w:val="it-IT"/>
        </w:rPr>
        <w:t>ANUNȚĂ</w:t>
      </w:r>
      <w:r w:rsidRPr="00BC1B93">
        <w:rPr>
          <w:b/>
          <w:sz w:val="28"/>
          <w:lang w:val="it-IT"/>
        </w:rPr>
        <w:t xml:space="preserve"> FINALIZAREA IMPLEMENTĂRII PROIECTULUI</w:t>
      </w:r>
    </w:p>
    <w:p w14:paraId="5CC7690D" w14:textId="1A9E0AD4" w:rsidR="00457D08" w:rsidRPr="00BC1B93" w:rsidRDefault="0061341C">
      <w:pPr>
        <w:keepNext/>
        <w:spacing w:after="160" w:line="269" w:lineRule="auto"/>
        <w:jc w:val="center"/>
        <w:rPr>
          <w:lang w:val="fr-FR"/>
        </w:rPr>
      </w:pPr>
      <w:r w:rsidRPr="00BC1B93">
        <w:rPr>
          <w:b/>
          <w:i/>
          <w:sz w:val="24"/>
          <w:lang w:val="fr-FR"/>
        </w:rPr>
        <w:t>„</w:t>
      </w:r>
      <w:proofErr w:type="spellStart"/>
      <w:r w:rsidRPr="00BC1B93">
        <w:rPr>
          <w:b/>
          <w:i/>
          <w:sz w:val="24"/>
          <w:lang w:val="fr-FR"/>
        </w:rPr>
        <w:t>Asigurarea</w:t>
      </w:r>
      <w:proofErr w:type="spellEnd"/>
      <w:r w:rsidRPr="00BC1B93">
        <w:rPr>
          <w:b/>
          <w:i/>
          <w:sz w:val="24"/>
          <w:lang w:val="fr-FR"/>
        </w:rPr>
        <w:t xml:space="preserve"> </w:t>
      </w:r>
      <w:proofErr w:type="spellStart"/>
      <w:r w:rsidRPr="00BC1B93">
        <w:rPr>
          <w:b/>
          <w:i/>
          <w:sz w:val="24"/>
          <w:lang w:val="fr-FR"/>
        </w:rPr>
        <w:t>infrastructurii</w:t>
      </w:r>
      <w:proofErr w:type="spellEnd"/>
      <w:r w:rsidRPr="00BC1B93">
        <w:rPr>
          <w:b/>
          <w:i/>
          <w:sz w:val="24"/>
          <w:lang w:val="fr-FR"/>
        </w:rPr>
        <w:t xml:space="preserve"> TIC (</w:t>
      </w:r>
      <w:proofErr w:type="spellStart"/>
      <w:r w:rsidRPr="00BC1B93">
        <w:rPr>
          <w:b/>
          <w:i/>
          <w:sz w:val="24"/>
          <w:lang w:val="fr-FR"/>
        </w:rPr>
        <w:t>sisteme</w:t>
      </w:r>
      <w:proofErr w:type="spellEnd"/>
      <w:r w:rsidRPr="00BC1B93">
        <w:rPr>
          <w:b/>
          <w:i/>
          <w:sz w:val="24"/>
          <w:lang w:val="fr-FR"/>
        </w:rPr>
        <w:t xml:space="preserve"> </w:t>
      </w:r>
      <w:proofErr w:type="spellStart"/>
      <w:r w:rsidRPr="00BC1B93">
        <w:rPr>
          <w:b/>
          <w:i/>
          <w:sz w:val="24"/>
          <w:lang w:val="fr-FR"/>
        </w:rPr>
        <w:t>inteligente</w:t>
      </w:r>
      <w:proofErr w:type="spellEnd"/>
      <w:r w:rsidRPr="00BC1B93">
        <w:rPr>
          <w:b/>
          <w:i/>
          <w:sz w:val="24"/>
          <w:lang w:val="fr-FR"/>
        </w:rPr>
        <w:t xml:space="preserve"> de management local) la </w:t>
      </w:r>
      <w:proofErr w:type="spellStart"/>
      <w:r w:rsidRPr="00BC1B93">
        <w:rPr>
          <w:b/>
          <w:i/>
          <w:sz w:val="24"/>
          <w:lang w:val="fr-FR"/>
        </w:rPr>
        <w:t>nivelul</w:t>
      </w:r>
      <w:proofErr w:type="spellEnd"/>
      <w:r w:rsidRPr="00BC1B93">
        <w:rPr>
          <w:b/>
          <w:i/>
          <w:sz w:val="24"/>
          <w:lang w:val="fr-FR"/>
        </w:rPr>
        <w:t xml:space="preserve"> </w:t>
      </w:r>
      <w:proofErr w:type="spellStart"/>
      <w:r w:rsidRPr="00BC1B93">
        <w:rPr>
          <w:b/>
          <w:i/>
          <w:sz w:val="24"/>
          <w:lang w:val="fr-FR"/>
        </w:rPr>
        <w:t>comunei</w:t>
      </w:r>
      <w:proofErr w:type="spellEnd"/>
      <w:r w:rsidRPr="00BC1B93">
        <w:rPr>
          <w:b/>
          <w:i/>
          <w:sz w:val="24"/>
          <w:lang w:val="fr-FR"/>
        </w:rPr>
        <w:t xml:space="preserve"> </w:t>
      </w:r>
      <w:r w:rsidR="003E0AE1" w:rsidRPr="00BC1B93">
        <w:rPr>
          <w:b/>
          <w:bCs/>
          <w:shd w:val="clear" w:color="auto" w:fill="FFF2CC"/>
          <w:lang w:val="fr-FR"/>
        </w:rPr>
        <w:t>Dorobantu</w:t>
      </w:r>
      <w:r w:rsidR="003823B0" w:rsidRPr="00BC1B93">
        <w:rPr>
          <w:b/>
          <w:i/>
          <w:sz w:val="24"/>
          <w:lang w:val="fr-FR"/>
        </w:rPr>
        <w:t xml:space="preserve"> </w:t>
      </w:r>
      <w:r w:rsidRPr="00BC1B93">
        <w:rPr>
          <w:b/>
          <w:i/>
          <w:sz w:val="24"/>
          <w:lang w:val="fr-FR"/>
        </w:rPr>
        <w:t>”</w:t>
      </w:r>
    </w:p>
    <w:p w14:paraId="69160E42" w14:textId="15ABF343" w:rsidR="00457D08" w:rsidRPr="00BC1B93" w:rsidRDefault="0061341C">
      <w:pPr>
        <w:jc w:val="both"/>
        <w:rPr>
          <w:lang w:val="fr-FR"/>
        </w:rPr>
      </w:pPr>
      <w:r w:rsidRPr="00BC1B93">
        <w:rPr>
          <w:b/>
          <w:szCs w:val="20"/>
          <w:lang w:val="fr-FR"/>
        </w:rPr>
        <w:t xml:space="preserve">UAT </w:t>
      </w:r>
      <w:r w:rsidRPr="00BC1B93">
        <w:rPr>
          <w:b/>
          <w:bCs/>
          <w:szCs w:val="20"/>
          <w:shd w:val="clear" w:color="auto" w:fill="FFF2CC"/>
          <w:lang w:val="fr-FR"/>
        </w:rPr>
        <w:t>COMUNA</w:t>
      </w:r>
      <w:r w:rsidRPr="00BC1B93">
        <w:rPr>
          <w:b/>
          <w:szCs w:val="20"/>
          <w:lang w:val="fr-FR"/>
        </w:rPr>
        <w:t xml:space="preserve"> </w:t>
      </w:r>
      <w:r w:rsidR="003E0AE1" w:rsidRPr="00BC1B93">
        <w:rPr>
          <w:b/>
          <w:bCs/>
          <w:szCs w:val="20"/>
          <w:shd w:val="clear" w:color="auto" w:fill="FFF2CC"/>
          <w:lang w:val="fr-FR"/>
        </w:rPr>
        <w:t>DOROBANTU</w:t>
      </w:r>
      <w:r w:rsidRPr="00BC1B93">
        <w:rPr>
          <w:sz w:val="24"/>
          <w:szCs w:val="24"/>
          <w:lang w:val="fr-FR"/>
        </w:rPr>
        <w:t xml:space="preserve">, </w:t>
      </w:r>
      <w:proofErr w:type="spellStart"/>
      <w:r w:rsidRPr="00BC1B93">
        <w:rPr>
          <w:sz w:val="24"/>
          <w:szCs w:val="24"/>
          <w:lang w:val="fr-FR"/>
        </w:rPr>
        <w:t>în</w:t>
      </w:r>
      <w:proofErr w:type="spellEnd"/>
      <w:r w:rsidRPr="00BC1B93">
        <w:rPr>
          <w:lang w:val="fr-FR"/>
        </w:rPr>
        <w:t xml:space="preserve"> </w:t>
      </w:r>
      <w:proofErr w:type="spellStart"/>
      <w:r w:rsidRPr="00BC1B93">
        <w:rPr>
          <w:lang w:val="fr-FR"/>
        </w:rPr>
        <w:t>calitate</w:t>
      </w:r>
      <w:proofErr w:type="spellEnd"/>
      <w:r w:rsidRPr="00BC1B93">
        <w:rPr>
          <w:lang w:val="fr-FR"/>
        </w:rPr>
        <w:t xml:space="preserve"> de </w:t>
      </w:r>
      <w:proofErr w:type="spellStart"/>
      <w:r w:rsidRPr="00BC1B93">
        <w:rPr>
          <w:lang w:val="fr-FR"/>
        </w:rPr>
        <w:t>beneficiar</w:t>
      </w:r>
      <w:proofErr w:type="spellEnd"/>
      <w:r w:rsidRPr="00BC1B93">
        <w:rPr>
          <w:lang w:val="fr-FR"/>
        </w:rPr>
        <w:t xml:space="preserve">, </w:t>
      </w:r>
      <w:proofErr w:type="spellStart"/>
      <w:r w:rsidRPr="00BC1B93">
        <w:rPr>
          <w:lang w:val="fr-FR"/>
        </w:rPr>
        <w:t>anunță</w:t>
      </w:r>
      <w:proofErr w:type="spellEnd"/>
      <w:r w:rsidRPr="00BC1B93">
        <w:rPr>
          <w:lang w:val="fr-FR"/>
        </w:rPr>
        <w:t xml:space="preserve"> </w:t>
      </w:r>
      <w:proofErr w:type="spellStart"/>
      <w:r w:rsidRPr="00BC1B93">
        <w:rPr>
          <w:lang w:val="fr-FR"/>
        </w:rPr>
        <w:t>finalizarea</w:t>
      </w:r>
      <w:proofErr w:type="spellEnd"/>
      <w:r w:rsidRPr="00BC1B93">
        <w:rPr>
          <w:lang w:val="fr-FR"/>
        </w:rPr>
        <w:t xml:space="preserve"> </w:t>
      </w:r>
      <w:proofErr w:type="spellStart"/>
      <w:r w:rsidRPr="00BC1B93">
        <w:rPr>
          <w:lang w:val="fr-FR"/>
        </w:rPr>
        <w:t>implementării</w:t>
      </w:r>
      <w:proofErr w:type="spellEnd"/>
      <w:r w:rsidRPr="00BC1B93">
        <w:rPr>
          <w:lang w:val="fr-FR"/>
        </w:rPr>
        <w:t xml:space="preserve"> </w:t>
      </w:r>
      <w:proofErr w:type="spellStart"/>
      <w:r w:rsidRPr="00BC1B93">
        <w:rPr>
          <w:lang w:val="fr-FR"/>
        </w:rPr>
        <w:t>proiectului</w:t>
      </w:r>
      <w:proofErr w:type="spellEnd"/>
      <w:r w:rsidRPr="00BC1B93">
        <w:rPr>
          <w:lang w:val="fr-FR"/>
        </w:rPr>
        <w:t xml:space="preserve"> „</w:t>
      </w:r>
      <w:proofErr w:type="spellStart"/>
      <w:r w:rsidRPr="00BC1B93">
        <w:rPr>
          <w:lang w:val="fr-FR"/>
        </w:rPr>
        <w:t>Asigurarea</w:t>
      </w:r>
      <w:proofErr w:type="spellEnd"/>
      <w:r w:rsidRPr="00BC1B93">
        <w:rPr>
          <w:lang w:val="fr-FR"/>
        </w:rPr>
        <w:t xml:space="preserve"> </w:t>
      </w:r>
      <w:proofErr w:type="spellStart"/>
      <w:r w:rsidRPr="00BC1B93">
        <w:rPr>
          <w:lang w:val="fr-FR"/>
        </w:rPr>
        <w:t>infrastructurii</w:t>
      </w:r>
      <w:proofErr w:type="spellEnd"/>
      <w:r w:rsidRPr="00BC1B93">
        <w:rPr>
          <w:lang w:val="fr-FR"/>
        </w:rPr>
        <w:t xml:space="preserve"> TIC (</w:t>
      </w:r>
      <w:proofErr w:type="spellStart"/>
      <w:r w:rsidRPr="00BC1B93">
        <w:rPr>
          <w:lang w:val="fr-FR"/>
        </w:rPr>
        <w:t>sisteme</w:t>
      </w:r>
      <w:proofErr w:type="spellEnd"/>
      <w:r w:rsidRPr="00BC1B93">
        <w:rPr>
          <w:lang w:val="fr-FR"/>
        </w:rPr>
        <w:t xml:space="preserve"> </w:t>
      </w:r>
      <w:proofErr w:type="spellStart"/>
      <w:r w:rsidRPr="00BC1B93">
        <w:rPr>
          <w:lang w:val="fr-FR"/>
        </w:rPr>
        <w:t>inteligente</w:t>
      </w:r>
      <w:proofErr w:type="spellEnd"/>
      <w:r w:rsidRPr="00BC1B93">
        <w:rPr>
          <w:lang w:val="fr-FR"/>
        </w:rPr>
        <w:t xml:space="preserve"> de management local) la </w:t>
      </w:r>
      <w:proofErr w:type="spellStart"/>
      <w:r w:rsidRPr="00BC1B93">
        <w:rPr>
          <w:lang w:val="fr-FR"/>
        </w:rPr>
        <w:t>nivelul</w:t>
      </w:r>
      <w:proofErr w:type="spellEnd"/>
      <w:r w:rsidRPr="00BC1B93">
        <w:rPr>
          <w:lang w:val="fr-FR"/>
        </w:rPr>
        <w:t xml:space="preserve"> </w:t>
      </w:r>
      <w:proofErr w:type="spellStart"/>
      <w:r w:rsidRPr="00BC1B93">
        <w:rPr>
          <w:lang w:val="fr-FR"/>
        </w:rPr>
        <w:t>comunei</w:t>
      </w:r>
      <w:proofErr w:type="spellEnd"/>
      <w:r w:rsidRPr="00BC1B93">
        <w:rPr>
          <w:lang w:val="fr-FR"/>
        </w:rPr>
        <w:t xml:space="preserve"> </w:t>
      </w:r>
      <w:r w:rsidR="00BC1B93" w:rsidRPr="00BC1B93">
        <w:rPr>
          <w:shd w:val="clear" w:color="auto" w:fill="FFF2CC"/>
          <w:lang w:val="fr-FR"/>
        </w:rPr>
        <w:t>Dorobantu</w:t>
      </w:r>
      <w:r w:rsidR="008C7A15" w:rsidRPr="00BC1B93">
        <w:rPr>
          <w:lang w:val="fr-FR"/>
        </w:rPr>
        <w:t xml:space="preserve"> </w:t>
      </w:r>
      <w:r w:rsidRPr="00BC1B93">
        <w:rPr>
          <w:lang w:val="fr-FR"/>
        </w:rPr>
        <w:t xml:space="preserve">”, </w:t>
      </w:r>
      <w:proofErr w:type="spellStart"/>
      <w:r w:rsidRPr="00BC1B93">
        <w:rPr>
          <w:lang w:val="fr-FR"/>
        </w:rPr>
        <w:t>cod</w:t>
      </w:r>
      <w:proofErr w:type="spellEnd"/>
      <w:r w:rsidRPr="00BC1B93">
        <w:rPr>
          <w:lang w:val="fr-FR"/>
        </w:rPr>
        <w:t xml:space="preserve"> </w:t>
      </w:r>
      <w:proofErr w:type="spellStart"/>
      <w:r w:rsidRPr="00BC1B93">
        <w:rPr>
          <w:lang w:val="fr-FR"/>
        </w:rPr>
        <w:t>proiect</w:t>
      </w:r>
      <w:proofErr w:type="spellEnd"/>
      <w:r w:rsidRPr="00BC1B93">
        <w:rPr>
          <w:lang w:val="fr-FR"/>
        </w:rPr>
        <w:t xml:space="preserve"> </w:t>
      </w:r>
      <w:r w:rsidRPr="00BC1B93">
        <w:rPr>
          <w:b/>
          <w:lang w:val="fr-FR"/>
        </w:rPr>
        <w:t>C10-I.1.2-</w:t>
      </w:r>
      <w:r w:rsidR="003823B0" w:rsidRPr="00BC1B93">
        <w:rPr>
          <w:b/>
          <w:bCs/>
          <w:shd w:val="clear" w:color="auto" w:fill="FFF2CC"/>
          <w:lang w:val="fr-FR"/>
        </w:rPr>
        <w:t xml:space="preserve"> </w:t>
      </w:r>
      <w:r w:rsidR="00BC1B93" w:rsidRPr="00BC1B93">
        <w:rPr>
          <w:shd w:val="clear" w:color="auto" w:fill="FFF2CC"/>
          <w:lang w:val="fr-FR"/>
        </w:rPr>
        <w:t>11263</w:t>
      </w:r>
      <w:r w:rsidRPr="00BC1B93">
        <w:rPr>
          <w:lang w:val="fr-FR"/>
        </w:rPr>
        <w:t xml:space="preserve">, </w:t>
      </w:r>
      <w:proofErr w:type="spellStart"/>
      <w:r w:rsidRPr="00BC1B93">
        <w:rPr>
          <w:lang w:val="fr-FR"/>
        </w:rPr>
        <w:t>finanțat</w:t>
      </w:r>
      <w:proofErr w:type="spellEnd"/>
      <w:r w:rsidRPr="00BC1B93">
        <w:rPr>
          <w:lang w:val="fr-FR"/>
        </w:rPr>
        <w:t xml:space="preserve"> prin </w:t>
      </w:r>
      <w:proofErr w:type="spellStart"/>
      <w:r w:rsidRPr="00BC1B93">
        <w:rPr>
          <w:lang w:val="fr-FR"/>
        </w:rPr>
        <w:t>Planul</w:t>
      </w:r>
      <w:proofErr w:type="spellEnd"/>
      <w:r w:rsidRPr="00BC1B93">
        <w:rPr>
          <w:lang w:val="fr-FR"/>
        </w:rPr>
        <w:t xml:space="preserve"> </w:t>
      </w:r>
      <w:proofErr w:type="spellStart"/>
      <w:r w:rsidRPr="00BC1B93">
        <w:rPr>
          <w:lang w:val="fr-FR"/>
        </w:rPr>
        <w:t>Național</w:t>
      </w:r>
      <w:proofErr w:type="spellEnd"/>
      <w:r w:rsidRPr="00BC1B93">
        <w:rPr>
          <w:lang w:val="fr-FR"/>
        </w:rPr>
        <w:t xml:space="preserve"> de </w:t>
      </w:r>
      <w:proofErr w:type="spellStart"/>
      <w:r w:rsidRPr="00BC1B93">
        <w:rPr>
          <w:lang w:val="fr-FR"/>
        </w:rPr>
        <w:t>Redresare</w:t>
      </w:r>
      <w:proofErr w:type="spellEnd"/>
      <w:r w:rsidRPr="00BC1B93">
        <w:rPr>
          <w:lang w:val="fr-FR"/>
        </w:rPr>
        <w:t xml:space="preserve"> </w:t>
      </w:r>
      <w:proofErr w:type="spellStart"/>
      <w:r w:rsidRPr="00BC1B93">
        <w:rPr>
          <w:lang w:val="fr-FR"/>
        </w:rPr>
        <w:t>și</w:t>
      </w:r>
      <w:proofErr w:type="spellEnd"/>
      <w:r w:rsidRPr="00BC1B93">
        <w:rPr>
          <w:lang w:val="fr-FR"/>
        </w:rPr>
        <w:t xml:space="preserve"> </w:t>
      </w:r>
      <w:proofErr w:type="spellStart"/>
      <w:r w:rsidRPr="00BC1B93">
        <w:rPr>
          <w:lang w:val="fr-FR"/>
        </w:rPr>
        <w:t>Reziliență</w:t>
      </w:r>
      <w:proofErr w:type="spellEnd"/>
      <w:r w:rsidRPr="00BC1B93">
        <w:rPr>
          <w:lang w:val="fr-FR"/>
        </w:rPr>
        <w:t xml:space="preserve">, </w:t>
      </w:r>
      <w:proofErr w:type="spellStart"/>
      <w:r w:rsidRPr="00BC1B93">
        <w:rPr>
          <w:lang w:val="fr-FR"/>
        </w:rPr>
        <w:t>Componenta</w:t>
      </w:r>
      <w:proofErr w:type="spellEnd"/>
      <w:r w:rsidRPr="00BC1B93">
        <w:rPr>
          <w:lang w:val="fr-FR"/>
        </w:rPr>
        <w:t xml:space="preserve"> 10 - </w:t>
      </w:r>
      <w:proofErr w:type="spellStart"/>
      <w:r w:rsidRPr="00BC1B93">
        <w:rPr>
          <w:lang w:val="fr-FR"/>
        </w:rPr>
        <w:t>Fondul</w:t>
      </w:r>
      <w:proofErr w:type="spellEnd"/>
      <w:r w:rsidRPr="00BC1B93">
        <w:rPr>
          <w:lang w:val="fr-FR"/>
        </w:rPr>
        <w:t xml:space="preserve"> local, </w:t>
      </w:r>
      <w:proofErr w:type="spellStart"/>
      <w:r w:rsidRPr="00BC1B93">
        <w:rPr>
          <w:lang w:val="fr-FR"/>
        </w:rPr>
        <w:t>în</w:t>
      </w:r>
      <w:proofErr w:type="spellEnd"/>
      <w:r w:rsidRPr="00BC1B93">
        <w:rPr>
          <w:lang w:val="fr-FR"/>
        </w:rPr>
        <w:t xml:space="preserve"> </w:t>
      </w:r>
      <w:proofErr w:type="spellStart"/>
      <w:r w:rsidRPr="00BC1B93">
        <w:rPr>
          <w:lang w:val="fr-FR"/>
        </w:rPr>
        <w:t>cadrul</w:t>
      </w:r>
      <w:proofErr w:type="spellEnd"/>
      <w:r w:rsidRPr="00BC1B93">
        <w:rPr>
          <w:lang w:val="fr-FR"/>
        </w:rPr>
        <w:t xml:space="preserve"> </w:t>
      </w:r>
      <w:proofErr w:type="spellStart"/>
      <w:r w:rsidRPr="00BC1B93">
        <w:rPr>
          <w:lang w:val="fr-FR"/>
        </w:rPr>
        <w:t>investițiilor</w:t>
      </w:r>
      <w:proofErr w:type="spellEnd"/>
      <w:r w:rsidRPr="00BC1B93">
        <w:rPr>
          <w:lang w:val="fr-FR"/>
        </w:rPr>
        <w:t xml:space="preserve"> </w:t>
      </w:r>
      <w:r w:rsidRPr="00BC1B93">
        <w:rPr>
          <w:b/>
          <w:lang w:val="fr-FR"/>
        </w:rPr>
        <w:t>I.1.2</w:t>
      </w:r>
      <w:r w:rsidRPr="00BC1B93">
        <w:rPr>
          <w:lang w:val="fr-FR"/>
        </w:rPr>
        <w:t xml:space="preserve"> - </w:t>
      </w:r>
      <w:proofErr w:type="spellStart"/>
      <w:r w:rsidRPr="00BC1B93">
        <w:rPr>
          <w:lang w:val="fr-FR"/>
        </w:rPr>
        <w:t>Asigurarea</w:t>
      </w:r>
      <w:proofErr w:type="spellEnd"/>
      <w:r w:rsidRPr="00BC1B93">
        <w:rPr>
          <w:lang w:val="fr-FR"/>
        </w:rPr>
        <w:t xml:space="preserve"> </w:t>
      </w:r>
      <w:proofErr w:type="spellStart"/>
      <w:r w:rsidRPr="00BC1B93">
        <w:rPr>
          <w:lang w:val="fr-FR"/>
        </w:rPr>
        <w:t>infrastructurii</w:t>
      </w:r>
      <w:proofErr w:type="spellEnd"/>
      <w:r w:rsidRPr="00BC1B93">
        <w:rPr>
          <w:lang w:val="fr-FR"/>
        </w:rPr>
        <w:t xml:space="preserve"> </w:t>
      </w:r>
      <w:proofErr w:type="spellStart"/>
      <w:r w:rsidRPr="00BC1B93">
        <w:rPr>
          <w:lang w:val="fr-FR"/>
        </w:rPr>
        <w:t>pentru</w:t>
      </w:r>
      <w:proofErr w:type="spellEnd"/>
      <w:r w:rsidRPr="00BC1B93">
        <w:rPr>
          <w:lang w:val="fr-FR"/>
        </w:rPr>
        <w:t xml:space="preserve"> </w:t>
      </w:r>
      <w:proofErr w:type="spellStart"/>
      <w:r w:rsidRPr="00BC1B93">
        <w:rPr>
          <w:lang w:val="fr-FR"/>
        </w:rPr>
        <w:t>transportul</w:t>
      </w:r>
      <w:proofErr w:type="spellEnd"/>
      <w:r w:rsidRPr="00BC1B93">
        <w:rPr>
          <w:lang w:val="fr-FR"/>
        </w:rPr>
        <w:t xml:space="preserve"> verde - ITS/</w:t>
      </w:r>
      <w:proofErr w:type="spellStart"/>
      <w:r w:rsidRPr="00BC1B93">
        <w:rPr>
          <w:lang w:val="fr-FR"/>
        </w:rPr>
        <w:t>alte</w:t>
      </w:r>
      <w:proofErr w:type="spellEnd"/>
      <w:r w:rsidRPr="00BC1B93">
        <w:rPr>
          <w:lang w:val="fr-FR"/>
        </w:rPr>
        <w:t xml:space="preserve"> </w:t>
      </w:r>
      <w:proofErr w:type="spellStart"/>
      <w:r w:rsidRPr="00BC1B93">
        <w:rPr>
          <w:lang w:val="fr-FR"/>
        </w:rPr>
        <w:t>infrastructuri</w:t>
      </w:r>
      <w:proofErr w:type="spellEnd"/>
      <w:r w:rsidRPr="00BC1B93">
        <w:rPr>
          <w:lang w:val="fr-FR"/>
        </w:rPr>
        <w:t xml:space="preserve"> TIC (</w:t>
      </w:r>
      <w:proofErr w:type="spellStart"/>
      <w:r w:rsidRPr="00BC1B93">
        <w:rPr>
          <w:lang w:val="fr-FR"/>
        </w:rPr>
        <w:t>sisteme</w:t>
      </w:r>
      <w:proofErr w:type="spellEnd"/>
      <w:r w:rsidRPr="00BC1B93">
        <w:rPr>
          <w:lang w:val="fr-FR"/>
        </w:rPr>
        <w:t xml:space="preserve"> </w:t>
      </w:r>
      <w:proofErr w:type="spellStart"/>
      <w:r w:rsidRPr="00BC1B93">
        <w:rPr>
          <w:lang w:val="fr-FR"/>
        </w:rPr>
        <w:t>inteligente</w:t>
      </w:r>
      <w:proofErr w:type="spellEnd"/>
      <w:r w:rsidRPr="00BC1B93">
        <w:rPr>
          <w:lang w:val="fr-FR"/>
        </w:rPr>
        <w:t xml:space="preserve"> de management </w:t>
      </w:r>
      <w:proofErr w:type="spellStart"/>
      <w:r w:rsidRPr="00BC1B93">
        <w:rPr>
          <w:lang w:val="fr-FR"/>
        </w:rPr>
        <w:t>urban</w:t>
      </w:r>
      <w:proofErr w:type="spellEnd"/>
      <w:r w:rsidRPr="00BC1B93">
        <w:rPr>
          <w:lang w:val="fr-FR"/>
        </w:rPr>
        <w:t xml:space="preserve">/local), </w:t>
      </w:r>
      <w:proofErr w:type="spellStart"/>
      <w:r w:rsidRPr="00BC1B93">
        <w:rPr>
          <w:lang w:val="fr-FR"/>
        </w:rPr>
        <w:t>în</w:t>
      </w:r>
      <w:proofErr w:type="spellEnd"/>
      <w:r w:rsidRPr="00BC1B93">
        <w:rPr>
          <w:lang w:val="fr-FR"/>
        </w:rPr>
        <w:t xml:space="preserve"> </w:t>
      </w:r>
      <w:proofErr w:type="spellStart"/>
      <w:r w:rsidRPr="00BC1B93">
        <w:rPr>
          <w:lang w:val="fr-FR"/>
        </w:rPr>
        <w:t>baza</w:t>
      </w:r>
      <w:proofErr w:type="spellEnd"/>
      <w:r w:rsidRPr="00BC1B93">
        <w:rPr>
          <w:lang w:val="fr-FR"/>
        </w:rPr>
        <w:t xml:space="preserve"> </w:t>
      </w:r>
      <w:proofErr w:type="spellStart"/>
      <w:r w:rsidRPr="00BC1B93">
        <w:rPr>
          <w:lang w:val="fr-FR"/>
        </w:rPr>
        <w:t>Contractului</w:t>
      </w:r>
      <w:proofErr w:type="spellEnd"/>
      <w:r w:rsidRPr="00BC1B93">
        <w:rPr>
          <w:lang w:val="fr-FR"/>
        </w:rPr>
        <w:t xml:space="preserve"> de </w:t>
      </w:r>
      <w:proofErr w:type="spellStart"/>
      <w:r w:rsidRPr="00BC1B93">
        <w:rPr>
          <w:lang w:val="fr-FR"/>
        </w:rPr>
        <w:t>finanțare</w:t>
      </w:r>
      <w:proofErr w:type="spellEnd"/>
      <w:r w:rsidRPr="00BC1B93">
        <w:rPr>
          <w:lang w:val="fr-FR"/>
        </w:rPr>
        <w:t xml:space="preserve">  </w:t>
      </w:r>
      <w:r w:rsidR="003E0AE1" w:rsidRPr="00BC1B93">
        <w:rPr>
          <w:rFonts w:ascii="Trebuchet MS" w:eastAsia="Courier New" w:hAnsi="Trebuchet MS" w:cs="Calibri"/>
          <w:szCs w:val="20"/>
          <w:lang w:val="ro-RO" w:eastAsia="ro-RO" w:bidi="ro-RO"/>
        </w:rPr>
        <w:t>nr. 145179/21.12.2022</w:t>
      </w:r>
      <w:r w:rsidRPr="00BC1B93">
        <w:rPr>
          <w:lang w:val="fr-FR"/>
        </w:rPr>
        <w:t xml:space="preserve">, </w:t>
      </w:r>
      <w:proofErr w:type="spellStart"/>
      <w:r w:rsidRPr="00BC1B93">
        <w:rPr>
          <w:lang w:val="fr-FR"/>
        </w:rPr>
        <w:t>încheiat</w:t>
      </w:r>
      <w:proofErr w:type="spellEnd"/>
      <w:r w:rsidRPr="00BC1B93">
        <w:rPr>
          <w:lang w:val="fr-FR"/>
        </w:rPr>
        <w:t xml:space="preserve"> </w:t>
      </w:r>
      <w:proofErr w:type="spellStart"/>
      <w:r w:rsidRPr="00BC1B93">
        <w:rPr>
          <w:lang w:val="fr-FR"/>
        </w:rPr>
        <w:t>cu</w:t>
      </w:r>
      <w:proofErr w:type="spellEnd"/>
      <w:r w:rsidRPr="00BC1B93">
        <w:rPr>
          <w:lang w:val="fr-FR"/>
        </w:rPr>
        <w:t xml:space="preserve"> </w:t>
      </w:r>
      <w:proofErr w:type="spellStart"/>
      <w:r w:rsidRPr="00BC1B93">
        <w:rPr>
          <w:lang w:val="fr-FR"/>
        </w:rPr>
        <w:t>Ministerul</w:t>
      </w:r>
      <w:proofErr w:type="spellEnd"/>
      <w:r w:rsidRPr="00BC1B93">
        <w:rPr>
          <w:lang w:val="fr-FR"/>
        </w:rPr>
        <w:t xml:space="preserve"> Dezvoltării, </w:t>
      </w:r>
      <w:proofErr w:type="spellStart"/>
      <w:r w:rsidRPr="00BC1B93">
        <w:rPr>
          <w:lang w:val="fr-FR"/>
        </w:rPr>
        <w:t>Lucrărilor</w:t>
      </w:r>
      <w:proofErr w:type="spellEnd"/>
      <w:r w:rsidRPr="00BC1B93">
        <w:rPr>
          <w:lang w:val="fr-FR"/>
        </w:rPr>
        <w:t xml:space="preserve"> </w:t>
      </w:r>
      <w:proofErr w:type="spellStart"/>
      <w:r w:rsidRPr="00BC1B93">
        <w:rPr>
          <w:lang w:val="fr-FR"/>
        </w:rPr>
        <w:t>Publice</w:t>
      </w:r>
      <w:proofErr w:type="spellEnd"/>
      <w:r w:rsidRPr="00BC1B93">
        <w:rPr>
          <w:lang w:val="fr-FR"/>
        </w:rPr>
        <w:t xml:space="preserve"> </w:t>
      </w:r>
      <w:proofErr w:type="spellStart"/>
      <w:r w:rsidRPr="00BC1B93">
        <w:rPr>
          <w:lang w:val="fr-FR"/>
        </w:rPr>
        <w:t>și</w:t>
      </w:r>
      <w:proofErr w:type="spellEnd"/>
      <w:r w:rsidRPr="00BC1B93">
        <w:rPr>
          <w:lang w:val="fr-FR"/>
        </w:rPr>
        <w:t xml:space="preserve"> </w:t>
      </w:r>
      <w:proofErr w:type="spellStart"/>
      <w:r w:rsidRPr="00BC1B93">
        <w:rPr>
          <w:lang w:val="fr-FR"/>
        </w:rPr>
        <w:t>Administrației</w:t>
      </w:r>
      <w:proofErr w:type="spellEnd"/>
      <w:r w:rsidRPr="00BC1B93">
        <w:rPr>
          <w:lang w:val="fr-FR"/>
        </w:rPr>
        <w:t xml:space="preserve">, </w:t>
      </w:r>
      <w:proofErr w:type="spellStart"/>
      <w:r w:rsidRPr="00BC1B93">
        <w:rPr>
          <w:lang w:val="fr-FR"/>
        </w:rPr>
        <w:t>în</w:t>
      </w:r>
      <w:proofErr w:type="spellEnd"/>
      <w:r w:rsidRPr="00BC1B93">
        <w:rPr>
          <w:lang w:val="fr-FR"/>
        </w:rPr>
        <w:t xml:space="preserve"> </w:t>
      </w:r>
      <w:proofErr w:type="spellStart"/>
      <w:r w:rsidRPr="00BC1B93">
        <w:rPr>
          <w:lang w:val="fr-FR"/>
        </w:rPr>
        <w:t>calitate</w:t>
      </w:r>
      <w:proofErr w:type="spellEnd"/>
      <w:r w:rsidRPr="00BC1B93">
        <w:rPr>
          <w:lang w:val="fr-FR"/>
        </w:rPr>
        <w:t xml:space="preserve"> de </w:t>
      </w:r>
      <w:proofErr w:type="spellStart"/>
      <w:r w:rsidRPr="00BC1B93">
        <w:rPr>
          <w:lang w:val="fr-FR"/>
        </w:rPr>
        <w:t>coordonator</w:t>
      </w:r>
      <w:proofErr w:type="spellEnd"/>
      <w:r w:rsidRPr="00BC1B93">
        <w:rPr>
          <w:lang w:val="fr-FR"/>
        </w:rPr>
        <w:t xml:space="preserve"> de </w:t>
      </w:r>
      <w:proofErr w:type="spellStart"/>
      <w:r w:rsidRPr="00BC1B93">
        <w:rPr>
          <w:lang w:val="fr-FR"/>
        </w:rPr>
        <w:t>reforme</w:t>
      </w:r>
      <w:proofErr w:type="spellEnd"/>
      <w:r w:rsidRPr="00BC1B93">
        <w:rPr>
          <w:lang w:val="fr-FR"/>
        </w:rPr>
        <w:t xml:space="preserve"> </w:t>
      </w:r>
      <w:proofErr w:type="spellStart"/>
      <w:r w:rsidRPr="00BC1B93">
        <w:rPr>
          <w:lang w:val="fr-FR"/>
        </w:rPr>
        <w:t>și</w:t>
      </w:r>
      <w:proofErr w:type="spellEnd"/>
      <w:r w:rsidRPr="00BC1B93">
        <w:rPr>
          <w:lang w:val="fr-FR"/>
        </w:rPr>
        <w:t>/</w:t>
      </w:r>
      <w:proofErr w:type="spellStart"/>
      <w:r w:rsidRPr="00BC1B93">
        <w:rPr>
          <w:lang w:val="fr-FR"/>
        </w:rPr>
        <w:t>sau</w:t>
      </w:r>
      <w:proofErr w:type="spellEnd"/>
      <w:r w:rsidRPr="00BC1B93">
        <w:rPr>
          <w:lang w:val="fr-FR"/>
        </w:rPr>
        <w:t xml:space="preserve"> </w:t>
      </w:r>
      <w:proofErr w:type="spellStart"/>
      <w:r w:rsidRPr="00BC1B93">
        <w:rPr>
          <w:lang w:val="fr-FR"/>
        </w:rPr>
        <w:t>investiții</w:t>
      </w:r>
      <w:proofErr w:type="spellEnd"/>
      <w:r w:rsidRPr="00BC1B93">
        <w:rPr>
          <w:lang w:val="fr-FR"/>
        </w:rPr>
        <w:t xml:space="preserve"> </w:t>
      </w:r>
      <w:proofErr w:type="spellStart"/>
      <w:r w:rsidRPr="00BC1B93">
        <w:rPr>
          <w:lang w:val="fr-FR"/>
        </w:rPr>
        <w:t>pentru</w:t>
      </w:r>
      <w:proofErr w:type="spellEnd"/>
      <w:r w:rsidRPr="00BC1B93">
        <w:rPr>
          <w:lang w:val="fr-FR"/>
        </w:rPr>
        <w:t xml:space="preserve"> </w:t>
      </w:r>
      <w:proofErr w:type="spellStart"/>
      <w:r w:rsidRPr="00BC1B93">
        <w:rPr>
          <w:lang w:val="fr-FR"/>
        </w:rPr>
        <w:t>Componenta</w:t>
      </w:r>
      <w:proofErr w:type="spellEnd"/>
      <w:r w:rsidRPr="00BC1B93">
        <w:rPr>
          <w:lang w:val="fr-FR"/>
        </w:rPr>
        <w:t xml:space="preserve"> 10.</w:t>
      </w:r>
    </w:p>
    <w:p w14:paraId="0E2DE175" w14:textId="77777777" w:rsidR="00457D08" w:rsidRPr="00BC1B93" w:rsidRDefault="0061341C">
      <w:pPr>
        <w:spacing w:after="120"/>
        <w:jc w:val="both"/>
        <w:rPr>
          <w:lang w:val="fr-FR"/>
        </w:rPr>
      </w:pPr>
      <w:proofErr w:type="spellStart"/>
      <w:r w:rsidRPr="00BC1B93">
        <w:rPr>
          <w:b/>
          <w:lang w:val="fr-FR"/>
        </w:rPr>
        <w:t>Obiectivul</w:t>
      </w:r>
      <w:proofErr w:type="spellEnd"/>
      <w:r w:rsidRPr="00BC1B93">
        <w:rPr>
          <w:b/>
          <w:lang w:val="fr-FR"/>
        </w:rPr>
        <w:t xml:space="preserve"> </w:t>
      </w:r>
      <w:proofErr w:type="spellStart"/>
      <w:r w:rsidRPr="00BC1B93">
        <w:rPr>
          <w:b/>
          <w:lang w:val="fr-FR"/>
        </w:rPr>
        <w:t>proiectului</w:t>
      </w:r>
      <w:proofErr w:type="spellEnd"/>
      <w:r w:rsidRPr="00BC1B93">
        <w:rPr>
          <w:lang w:val="fr-FR"/>
        </w:rPr>
        <w:t xml:space="preserve"> a </w:t>
      </w:r>
      <w:proofErr w:type="spellStart"/>
      <w:r w:rsidRPr="00BC1B93">
        <w:rPr>
          <w:lang w:val="fr-FR"/>
        </w:rPr>
        <w:t>fost</w:t>
      </w:r>
      <w:proofErr w:type="spellEnd"/>
      <w:r w:rsidRPr="00BC1B93">
        <w:rPr>
          <w:lang w:val="fr-FR"/>
        </w:rPr>
        <w:t xml:space="preserve"> </w:t>
      </w:r>
      <w:proofErr w:type="spellStart"/>
      <w:r w:rsidRPr="00BC1B93">
        <w:rPr>
          <w:lang w:val="fr-FR"/>
        </w:rPr>
        <w:t>dezvoltarea</w:t>
      </w:r>
      <w:proofErr w:type="spellEnd"/>
      <w:r w:rsidRPr="00BC1B93">
        <w:rPr>
          <w:lang w:val="fr-FR"/>
        </w:rPr>
        <w:t xml:space="preserve"> </w:t>
      </w:r>
      <w:proofErr w:type="spellStart"/>
      <w:r w:rsidRPr="00BC1B93">
        <w:rPr>
          <w:lang w:val="fr-FR"/>
        </w:rPr>
        <w:t>infrastructurii</w:t>
      </w:r>
      <w:proofErr w:type="spellEnd"/>
      <w:r w:rsidRPr="00BC1B93">
        <w:rPr>
          <w:lang w:val="fr-FR"/>
        </w:rPr>
        <w:t xml:space="preserve"> TIC </w:t>
      </w:r>
      <w:proofErr w:type="spellStart"/>
      <w:r w:rsidRPr="00BC1B93">
        <w:rPr>
          <w:lang w:val="fr-FR"/>
        </w:rPr>
        <w:t>și</w:t>
      </w:r>
      <w:proofErr w:type="spellEnd"/>
      <w:r w:rsidRPr="00BC1B93">
        <w:rPr>
          <w:lang w:val="fr-FR"/>
        </w:rPr>
        <w:t xml:space="preserve"> a </w:t>
      </w:r>
      <w:proofErr w:type="spellStart"/>
      <w:r w:rsidRPr="00BC1B93">
        <w:rPr>
          <w:lang w:val="fr-FR"/>
        </w:rPr>
        <w:t>soluțiilor</w:t>
      </w:r>
      <w:proofErr w:type="spellEnd"/>
      <w:r w:rsidRPr="00BC1B93">
        <w:rPr>
          <w:lang w:val="fr-FR"/>
        </w:rPr>
        <w:t xml:space="preserve"> </w:t>
      </w:r>
      <w:proofErr w:type="spellStart"/>
      <w:r w:rsidRPr="00BC1B93">
        <w:rPr>
          <w:lang w:val="fr-FR"/>
        </w:rPr>
        <w:t>inteligente</w:t>
      </w:r>
      <w:proofErr w:type="spellEnd"/>
      <w:r w:rsidRPr="00BC1B93">
        <w:rPr>
          <w:lang w:val="fr-FR"/>
        </w:rPr>
        <w:t xml:space="preserve"> de management local, </w:t>
      </w:r>
      <w:proofErr w:type="spellStart"/>
      <w:r w:rsidRPr="00BC1B93">
        <w:rPr>
          <w:lang w:val="fr-FR"/>
        </w:rPr>
        <w:t>precum</w:t>
      </w:r>
      <w:proofErr w:type="spellEnd"/>
      <w:r w:rsidRPr="00BC1B93">
        <w:rPr>
          <w:lang w:val="fr-FR"/>
        </w:rPr>
        <w:t xml:space="preserve"> </w:t>
      </w:r>
      <w:proofErr w:type="spellStart"/>
      <w:r w:rsidRPr="00BC1B93">
        <w:rPr>
          <w:lang w:val="fr-FR"/>
        </w:rPr>
        <w:t>și</w:t>
      </w:r>
      <w:proofErr w:type="spellEnd"/>
      <w:r w:rsidRPr="00BC1B93">
        <w:rPr>
          <w:lang w:val="fr-FR"/>
        </w:rPr>
        <w:t xml:space="preserve"> </w:t>
      </w:r>
      <w:proofErr w:type="spellStart"/>
      <w:r w:rsidRPr="00BC1B93">
        <w:rPr>
          <w:lang w:val="fr-FR"/>
        </w:rPr>
        <w:t>realizarea</w:t>
      </w:r>
      <w:proofErr w:type="spellEnd"/>
      <w:r w:rsidRPr="00BC1B93">
        <w:rPr>
          <w:lang w:val="fr-FR"/>
        </w:rPr>
        <w:t xml:space="preserve"> </w:t>
      </w:r>
      <w:proofErr w:type="spellStart"/>
      <w:r w:rsidRPr="00BC1B93">
        <w:rPr>
          <w:lang w:val="fr-FR"/>
        </w:rPr>
        <w:t>infrastructurii</w:t>
      </w:r>
      <w:proofErr w:type="spellEnd"/>
      <w:r w:rsidRPr="00BC1B93">
        <w:rPr>
          <w:lang w:val="fr-FR"/>
        </w:rPr>
        <w:t xml:space="preserve"> de </w:t>
      </w:r>
      <w:proofErr w:type="spellStart"/>
      <w:r w:rsidRPr="00BC1B93">
        <w:rPr>
          <w:lang w:val="fr-FR"/>
        </w:rPr>
        <w:t>reîncărcare</w:t>
      </w:r>
      <w:proofErr w:type="spellEnd"/>
      <w:r w:rsidRPr="00BC1B93">
        <w:rPr>
          <w:lang w:val="fr-FR"/>
        </w:rPr>
        <w:t xml:space="preserve"> </w:t>
      </w:r>
      <w:proofErr w:type="spellStart"/>
      <w:r w:rsidRPr="00BC1B93">
        <w:rPr>
          <w:lang w:val="fr-FR"/>
        </w:rPr>
        <w:t>pentru</w:t>
      </w:r>
      <w:proofErr w:type="spellEnd"/>
      <w:r w:rsidRPr="00BC1B93">
        <w:rPr>
          <w:lang w:val="fr-FR"/>
        </w:rPr>
        <w:t xml:space="preserve"> </w:t>
      </w:r>
      <w:proofErr w:type="spellStart"/>
      <w:r w:rsidRPr="00BC1B93">
        <w:rPr>
          <w:lang w:val="fr-FR"/>
        </w:rPr>
        <w:t>vehicule</w:t>
      </w:r>
      <w:proofErr w:type="spellEnd"/>
      <w:r w:rsidRPr="00BC1B93">
        <w:rPr>
          <w:lang w:val="fr-FR"/>
        </w:rPr>
        <w:t xml:space="preserve"> </w:t>
      </w:r>
      <w:proofErr w:type="spellStart"/>
      <w:r w:rsidRPr="00BC1B93">
        <w:rPr>
          <w:lang w:val="fr-FR"/>
        </w:rPr>
        <w:t>electrice</w:t>
      </w:r>
      <w:proofErr w:type="spellEnd"/>
      <w:r w:rsidRPr="00BC1B93">
        <w:rPr>
          <w:lang w:val="fr-FR"/>
        </w:rPr>
        <w:t xml:space="preserve">, </w:t>
      </w:r>
      <w:proofErr w:type="spellStart"/>
      <w:r w:rsidRPr="00BC1B93">
        <w:rPr>
          <w:lang w:val="fr-FR"/>
        </w:rPr>
        <w:t>în</w:t>
      </w:r>
      <w:proofErr w:type="spellEnd"/>
      <w:r w:rsidRPr="00BC1B93">
        <w:rPr>
          <w:lang w:val="fr-FR"/>
        </w:rPr>
        <w:t xml:space="preserve"> </w:t>
      </w:r>
      <w:proofErr w:type="spellStart"/>
      <w:r w:rsidRPr="00BC1B93">
        <w:rPr>
          <w:lang w:val="fr-FR"/>
        </w:rPr>
        <w:t>vederea</w:t>
      </w:r>
      <w:proofErr w:type="spellEnd"/>
      <w:r w:rsidRPr="00BC1B93">
        <w:rPr>
          <w:lang w:val="fr-FR"/>
        </w:rPr>
        <w:t xml:space="preserve"> </w:t>
      </w:r>
      <w:proofErr w:type="spellStart"/>
      <w:r w:rsidRPr="00BC1B93">
        <w:rPr>
          <w:lang w:val="fr-FR"/>
        </w:rPr>
        <w:t>îmbunătățirii</w:t>
      </w:r>
      <w:proofErr w:type="spellEnd"/>
      <w:r w:rsidRPr="00BC1B93">
        <w:rPr>
          <w:lang w:val="fr-FR"/>
        </w:rPr>
        <w:t xml:space="preserve"> </w:t>
      </w:r>
      <w:proofErr w:type="spellStart"/>
      <w:r w:rsidRPr="00BC1B93">
        <w:rPr>
          <w:lang w:val="fr-FR"/>
        </w:rPr>
        <w:t>serviciilor</w:t>
      </w:r>
      <w:proofErr w:type="spellEnd"/>
      <w:r w:rsidRPr="00BC1B93">
        <w:rPr>
          <w:lang w:val="fr-FR"/>
        </w:rPr>
        <w:t xml:space="preserve"> </w:t>
      </w:r>
      <w:proofErr w:type="spellStart"/>
      <w:r w:rsidRPr="00BC1B93">
        <w:rPr>
          <w:lang w:val="fr-FR"/>
        </w:rPr>
        <w:t>publice</w:t>
      </w:r>
      <w:proofErr w:type="spellEnd"/>
      <w:r w:rsidRPr="00BC1B93">
        <w:rPr>
          <w:lang w:val="fr-FR"/>
        </w:rPr>
        <w:t xml:space="preserve"> </w:t>
      </w:r>
      <w:proofErr w:type="spellStart"/>
      <w:r w:rsidRPr="00BC1B93">
        <w:rPr>
          <w:lang w:val="fr-FR"/>
        </w:rPr>
        <w:t>și</w:t>
      </w:r>
      <w:proofErr w:type="spellEnd"/>
      <w:r w:rsidRPr="00BC1B93">
        <w:rPr>
          <w:lang w:val="fr-FR"/>
        </w:rPr>
        <w:t xml:space="preserve"> </w:t>
      </w:r>
      <w:proofErr w:type="spellStart"/>
      <w:r w:rsidRPr="00BC1B93">
        <w:rPr>
          <w:lang w:val="fr-FR"/>
        </w:rPr>
        <w:t>sprijinirii</w:t>
      </w:r>
      <w:proofErr w:type="spellEnd"/>
      <w:r w:rsidRPr="00BC1B93">
        <w:rPr>
          <w:lang w:val="fr-FR"/>
        </w:rPr>
        <w:t xml:space="preserve"> </w:t>
      </w:r>
      <w:proofErr w:type="spellStart"/>
      <w:r w:rsidRPr="00BC1B93">
        <w:rPr>
          <w:lang w:val="fr-FR"/>
        </w:rPr>
        <w:t>mobilității</w:t>
      </w:r>
      <w:proofErr w:type="spellEnd"/>
      <w:r w:rsidRPr="00BC1B93">
        <w:rPr>
          <w:lang w:val="fr-FR"/>
        </w:rPr>
        <w:t xml:space="preserve"> </w:t>
      </w:r>
      <w:proofErr w:type="spellStart"/>
      <w:r w:rsidRPr="00BC1B93">
        <w:rPr>
          <w:lang w:val="fr-FR"/>
        </w:rPr>
        <w:t>verzi</w:t>
      </w:r>
      <w:proofErr w:type="spellEnd"/>
      <w:r w:rsidRPr="00BC1B93">
        <w:rPr>
          <w:lang w:val="fr-FR"/>
        </w:rPr>
        <w:t>.</w:t>
      </w:r>
    </w:p>
    <w:p w14:paraId="112EF310" w14:textId="77777777" w:rsidR="00457D08" w:rsidRPr="00BC1B93" w:rsidRDefault="0061341C">
      <w:pPr>
        <w:pStyle w:val="Titlu2"/>
        <w:rPr>
          <w:color w:val="auto"/>
          <w:lang w:val="fr-FR"/>
        </w:rPr>
      </w:pPr>
      <w:proofErr w:type="spellStart"/>
      <w:r w:rsidRPr="00BC1B93">
        <w:rPr>
          <w:color w:val="auto"/>
          <w:lang w:val="fr-FR"/>
        </w:rPr>
        <w:t>Rezultatele</w:t>
      </w:r>
      <w:proofErr w:type="spellEnd"/>
      <w:r w:rsidRPr="00BC1B93">
        <w:rPr>
          <w:color w:val="auto"/>
          <w:lang w:val="fr-FR"/>
        </w:rPr>
        <w:t xml:space="preserve"> </w:t>
      </w:r>
      <w:proofErr w:type="spellStart"/>
      <w:r w:rsidRPr="00BC1B93">
        <w:rPr>
          <w:color w:val="auto"/>
          <w:lang w:val="fr-FR"/>
        </w:rPr>
        <w:t>obținute</w:t>
      </w:r>
      <w:proofErr w:type="spellEnd"/>
    </w:p>
    <w:p w14:paraId="512F7112" w14:textId="77777777" w:rsidR="00457D08" w:rsidRPr="00BC1B93" w:rsidRDefault="0061341C">
      <w:pPr>
        <w:spacing w:after="60" w:line="250" w:lineRule="auto"/>
        <w:jc w:val="both"/>
        <w:rPr>
          <w:lang w:val="fr-FR"/>
        </w:rPr>
      </w:pPr>
      <w:proofErr w:type="spellStart"/>
      <w:r w:rsidRPr="00BC1B93">
        <w:rPr>
          <w:lang w:val="fr-FR"/>
        </w:rPr>
        <w:t>Conform</w:t>
      </w:r>
      <w:proofErr w:type="spellEnd"/>
      <w:r w:rsidRPr="00BC1B93">
        <w:rPr>
          <w:lang w:val="fr-FR"/>
        </w:rPr>
        <w:t xml:space="preserve"> </w:t>
      </w:r>
      <w:proofErr w:type="spellStart"/>
      <w:r w:rsidRPr="00BC1B93">
        <w:rPr>
          <w:lang w:val="fr-FR"/>
        </w:rPr>
        <w:t>documentelor</w:t>
      </w:r>
      <w:proofErr w:type="spellEnd"/>
      <w:r w:rsidRPr="00BC1B93">
        <w:rPr>
          <w:lang w:val="fr-FR"/>
        </w:rPr>
        <w:t xml:space="preserve"> de </w:t>
      </w:r>
      <w:proofErr w:type="spellStart"/>
      <w:r w:rsidRPr="00BC1B93">
        <w:rPr>
          <w:lang w:val="fr-FR"/>
        </w:rPr>
        <w:t>recepție</w:t>
      </w:r>
      <w:proofErr w:type="spellEnd"/>
      <w:r w:rsidRPr="00BC1B93">
        <w:rPr>
          <w:lang w:val="fr-FR"/>
        </w:rPr>
        <w:t xml:space="preserve"> </w:t>
      </w:r>
      <w:proofErr w:type="spellStart"/>
      <w:r w:rsidRPr="00BC1B93">
        <w:rPr>
          <w:lang w:val="fr-FR"/>
        </w:rPr>
        <w:t>și</w:t>
      </w:r>
      <w:proofErr w:type="spellEnd"/>
      <w:r w:rsidRPr="00BC1B93">
        <w:rPr>
          <w:lang w:val="fr-FR"/>
        </w:rPr>
        <w:t xml:space="preserve"> </w:t>
      </w:r>
      <w:proofErr w:type="spellStart"/>
      <w:r w:rsidRPr="00BC1B93">
        <w:rPr>
          <w:lang w:val="fr-FR"/>
        </w:rPr>
        <w:t>indicatorilor</w:t>
      </w:r>
      <w:proofErr w:type="spellEnd"/>
      <w:r w:rsidRPr="00BC1B93">
        <w:rPr>
          <w:lang w:val="fr-FR"/>
        </w:rPr>
        <w:t xml:space="preserve"> </w:t>
      </w:r>
      <w:proofErr w:type="spellStart"/>
      <w:r w:rsidRPr="00BC1B93">
        <w:rPr>
          <w:lang w:val="fr-FR"/>
        </w:rPr>
        <w:t>aprobați</w:t>
      </w:r>
      <w:proofErr w:type="spellEnd"/>
      <w:r w:rsidRPr="00BC1B93">
        <w:rPr>
          <w:lang w:val="fr-FR"/>
        </w:rPr>
        <w:t xml:space="preserve">, au </w:t>
      </w:r>
      <w:proofErr w:type="spellStart"/>
      <w:r w:rsidRPr="00BC1B93">
        <w:rPr>
          <w:lang w:val="fr-FR"/>
        </w:rPr>
        <w:t>fost</w:t>
      </w:r>
      <w:proofErr w:type="spellEnd"/>
      <w:r w:rsidRPr="00BC1B93">
        <w:rPr>
          <w:lang w:val="fr-FR"/>
        </w:rPr>
        <w:t xml:space="preserve"> </w:t>
      </w:r>
      <w:proofErr w:type="spellStart"/>
      <w:r w:rsidRPr="00BC1B93">
        <w:rPr>
          <w:lang w:val="fr-FR"/>
        </w:rPr>
        <w:t>realizate</w:t>
      </w:r>
      <w:proofErr w:type="spellEnd"/>
      <w:r w:rsidRPr="00BC1B93">
        <w:rPr>
          <w:lang w:val="fr-FR"/>
        </w:rPr>
        <w:t xml:space="preserve"> </w:t>
      </w:r>
      <w:proofErr w:type="spellStart"/>
      <w:r w:rsidRPr="00BC1B93">
        <w:rPr>
          <w:lang w:val="fr-FR"/>
        </w:rPr>
        <w:t>și</w:t>
      </w:r>
      <w:proofErr w:type="spellEnd"/>
      <w:r w:rsidRPr="00BC1B93">
        <w:rPr>
          <w:lang w:val="fr-FR"/>
        </w:rPr>
        <w:t xml:space="preserve"> </w:t>
      </w:r>
      <w:proofErr w:type="spellStart"/>
      <w:r w:rsidRPr="00BC1B93">
        <w:rPr>
          <w:lang w:val="fr-FR"/>
        </w:rPr>
        <w:t>puse</w:t>
      </w:r>
      <w:proofErr w:type="spellEnd"/>
      <w:r w:rsidRPr="00BC1B93">
        <w:rPr>
          <w:lang w:val="fr-FR"/>
        </w:rPr>
        <w:t xml:space="preserve"> </w:t>
      </w:r>
      <w:proofErr w:type="spellStart"/>
      <w:r w:rsidRPr="00BC1B93">
        <w:rPr>
          <w:lang w:val="fr-FR"/>
        </w:rPr>
        <w:t>în</w:t>
      </w:r>
      <w:proofErr w:type="spellEnd"/>
      <w:r w:rsidRPr="00BC1B93">
        <w:rPr>
          <w:lang w:val="fr-FR"/>
        </w:rPr>
        <w:t xml:space="preserve"> </w:t>
      </w:r>
      <w:proofErr w:type="spellStart"/>
      <w:proofErr w:type="gramStart"/>
      <w:r w:rsidRPr="00BC1B93">
        <w:rPr>
          <w:lang w:val="fr-FR"/>
        </w:rPr>
        <w:t>funcțiune</w:t>
      </w:r>
      <w:proofErr w:type="spellEnd"/>
      <w:r w:rsidRPr="00BC1B93">
        <w:rPr>
          <w:lang w:val="fr-FR"/>
        </w:rPr>
        <w:t>:</w:t>
      </w:r>
      <w:proofErr w:type="gramEnd"/>
    </w:p>
    <w:p w14:paraId="2411AB96" w14:textId="77777777" w:rsidR="00457D08" w:rsidRPr="00BC1B93" w:rsidRDefault="0061341C">
      <w:pPr>
        <w:keepNext/>
        <w:spacing w:after="40" w:line="240" w:lineRule="auto"/>
        <w:rPr>
          <w:lang w:val="fr-FR"/>
        </w:rPr>
      </w:pPr>
      <w:proofErr w:type="spellStart"/>
      <w:r w:rsidRPr="00BC1B93">
        <w:rPr>
          <w:b/>
          <w:lang w:val="fr-FR"/>
        </w:rPr>
        <w:t>Investiția</w:t>
      </w:r>
      <w:proofErr w:type="spellEnd"/>
      <w:r w:rsidRPr="00BC1B93">
        <w:rPr>
          <w:b/>
          <w:lang w:val="fr-FR"/>
        </w:rPr>
        <w:t xml:space="preserve"> I.1.2 - </w:t>
      </w:r>
      <w:proofErr w:type="spellStart"/>
      <w:r w:rsidRPr="00BC1B93">
        <w:rPr>
          <w:b/>
          <w:lang w:val="fr-FR"/>
        </w:rPr>
        <w:t>infrastructură</w:t>
      </w:r>
      <w:proofErr w:type="spellEnd"/>
      <w:r w:rsidRPr="00BC1B93">
        <w:rPr>
          <w:b/>
          <w:lang w:val="fr-FR"/>
        </w:rPr>
        <w:t xml:space="preserve"> </w:t>
      </w:r>
      <w:proofErr w:type="gramStart"/>
      <w:r w:rsidRPr="00BC1B93">
        <w:rPr>
          <w:b/>
          <w:lang w:val="fr-FR"/>
        </w:rPr>
        <w:t>TIC:</w:t>
      </w:r>
      <w:proofErr w:type="gramEnd"/>
    </w:p>
    <w:p w14:paraId="54F0707C" w14:textId="3A7B2CDC" w:rsidR="00457D08" w:rsidRPr="00BC1B93" w:rsidRDefault="0061341C" w:rsidP="0006447F">
      <w:pPr>
        <w:spacing w:after="120"/>
        <w:ind w:left="180"/>
        <w:jc w:val="both"/>
        <w:rPr>
          <w:lang w:val="fr-FR"/>
        </w:rPr>
      </w:pPr>
      <w:proofErr w:type="gramStart"/>
      <w:r w:rsidRPr="00BC1B93">
        <w:rPr>
          <w:lang w:val="fr-FR"/>
        </w:rPr>
        <w:t>•  [</w:t>
      </w:r>
      <w:proofErr w:type="spellStart"/>
      <w:proofErr w:type="gramEnd"/>
      <w:r w:rsidRPr="00BC1B93">
        <w:rPr>
          <w:lang w:val="fr-FR"/>
        </w:rPr>
        <w:t>Soluția</w:t>
      </w:r>
      <w:proofErr w:type="spellEnd"/>
      <w:r w:rsidRPr="00BC1B93">
        <w:rPr>
          <w:lang w:val="fr-FR"/>
        </w:rPr>
        <w:t>/</w:t>
      </w:r>
      <w:proofErr w:type="spellStart"/>
      <w:r w:rsidRPr="00BC1B93">
        <w:rPr>
          <w:lang w:val="fr-FR"/>
        </w:rPr>
        <w:t>sistemul</w:t>
      </w:r>
      <w:proofErr w:type="spellEnd"/>
      <w:r w:rsidRPr="00BC1B93">
        <w:rPr>
          <w:lang w:val="fr-FR"/>
        </w:rPr>
        <w:t xml:space="preserve"> TIC nr. 1 - </w:t>
      </w:r>
      <w:proofErr w:type="spellStart"/>
      <w:r w:rsidR="003823B0" w:rsidRPr="00BC1B93">
        <w:rPr>
          <w:lang w:val="fr-FR"/>
        </w:rPr>
        <w:t>servicii</w:t>
      </w:r>
      <w:proofErr w:type="spellEnd"/>
      <w:r w:rsidR="003823B0" w:rsidRPr="00BC1B93">
        <w:rPr>
          <w:lang w:val="fr-FR"/>
        </w:rPr>
        <w:t xml:space="preserve"> ”Cloud” -</w:t>
      </w:r>
      <w:proofErr w:type="spellStart"/>
      <w:r w:rsidR="003823B0" w:rsidRPr="00BC1B93">
        <w:rPr>
          <w:lang w:val="fr-FR"/>
        </w:rPr>
        <w:t>platformă</w:t>
      </w:r>
      <w:proofErr w:type="spellEnd"/>
      <w:r w:rsidR="003823B0" w:rsidRPr="00BC1B93">
        <w:rPr>
          <w:lang w:val="fr-FR"/>
        </w:rPr>
        <w:t xml:space="preserve"> cloud online </w:t>
      </w:r>
      <w:proofErr w:type="spellStart"/>
      <w:r w:rsidR="003823B0" w:rsidRPr="00BC1B93">
        <w:rPr>
          <w:lang w:val="fr-FR"/>
        </w:rPr>
        <w:t>pentru</w:t>
      </w:r>
      <w:proofErr w:type="spellEnd"/>
      <w:r w:rsidR="003823B0" w:rsidRPr="00BC1B93">
        <w:rPr>
          <w:lang w:val="fr-FR"/>
        </w:rPr>
        <w:t xml:space="preserve"> </w:t>
      </w:r>
      <w:proofErr w:type="spellStart"/>
      <w:r w:rsidR="003823B0" w:rsidRPr="00BC1B93">
        <w:rPr>
          <w:lang w:val="fr-FR"/>
        </w:rPr>
        <w:t>utilizare</w:t>
      </w:r>
      <w:proofErr w:type="spellEnd"/>
      <w:r w:rsidR="003823B0" w:rsidRPr="00BC1B93">
        <w:rPr>
          <w:lang w:val="fr-FR"/>
        </w:rPr>
        <w:t xml:space="preserve"> de </w:t>
      </w:r>
      <w:proofErr w:type="spellStart"/>
      <w:r w:rsidR="003823B0" w:rsidRPr="00BC1B93">
        <w:rPr>
          <w:lang w:val="fr-FR"/>
        </w:rPr>
        <w:t>către</w:t>
      </w:r>
      <w:proofErr w:type="spellEnd"/>
      <w:r w:rsidR="003823B0" w:rsidRPr="00BC1B93">
        <w:rPr>
          <w:lang w:val="fr-FR"/>
        </w:rPr>
        <w:t xml:space="preserve"> </w:t>
      </w:r>
      <w:proofErr w:type="spellStart"/>
      <w:r w:rsidR="003823B0" w:rsidRPr="00BC1B93">
        <w:rPr>
          <w:lang w:val="fr-FR"/>
        </w:rPr>
        <w:t>administrația</w:t>
      </w:r>
      <w:proofErr w:type="spellEnd"/>
      <w:r w:rsidR="003823B0" w:rsidRPr="00BC1B93">
        <w:rPr>
          <w:lang w:val="fr-FR"/>
        </w:rPr>
        <w:t xml:space="preserve"> </w:t>
      </w:r>
      <w:proofErr w:type="spellStart"/>
      <w:r w:rsidR="003823B0" w:rsidRPr="00BC1B93">
        <w:rPr>
          <w:lang w:val="fr-FR"/>
        </w:rPr>
        <w:t>publică</w:t>
      </w:r>
      <w:proofErr w:type="spellEnd"/>
      <w:r w:rsidR="003823B0" w:rsidRPr="00BC1B93">
        <w:rPr>
          <w:lang w:val="fr-FR"/>
        </w:rPr>
        <w:t xml:space="preserve"> (</w:t>
      </w:r>
      <w:proofErr w:type="spellStart"/>
      <w:proofErr w:type="gramStart"/>
      <w:r w:rsidR="003823B0" w:rsidRPr="00BC1B93">
        <w:rPr>
          <w:lang w:val="fr-FR"/>
        </w:rPr>
        <w:t>ex.licențe</w:t>
      </w:r>
      <w:proofErr w:type="spellEnd"/>
      <w:proofErr w:type="gramEnd"/>
      <w:r w:rsidR="003823B0" w:rsidRPr="00BC1B93">
        <w:rPr>
          <w:lang w:val="fr-FR"/>
        </w:rPr>
        <w:t xml:space="preserve">), </w:t>
      </w:r>
      <w:proofErr w:type="spellStart"/>
      <w:r w:rsidR="003823B0" w:rsidRPr="00BC1B93">
        <w:rPr>
          <w:lang w:val="fr-FR"/>
        </w:rPr>
        <w:t>inclusiv</w:t>
      </w:r>
      <w:proofErr w:type="spellEnd"/>
      <w:r w:rsidR="003823B0" w:rsidRPr="00BC1B93">
        <w:rPr>
          <w:lang w:val="fr-FR"/>
        </w:rPr>
        <w:t xml:space="preserve"> </w:t>
      </w:r>
      <w:proofErr w:type="spellStart"/>
      <w:r w:rsidR="003823B0" w:rsidRPr="00BC1B93">
        <w:rPr>
          <w:lang w:val="fr-FR"/>
        </w:rPr>
        <w:t>configurare</w:t>
      </w:r>
      <w:proofErr w:type="spellEnd"/>
      <w:r w:rsidR="003823B0" w:rsidRPr="00BC1B93">
        <w:rPr>
          <w:lang w:val="fr-FR"/>
        </w:rPr>
        <w:t xml:space="preserve"> </w:t>
      </w:r>
      <w:proofErr w:type="spellStart"/>
      <w:r w:rsidR="003823B0" w:rsidRPr="00BC1B93">
        <w:rPr>
          <w:lang w:val="fr-FR"/>
        </w:rPr>
        <w:t>și</w:t>
      </w:r>
      <w:proofErr w:type="spellEnd"/>
      <w:r w:rsidR="003823B0" w:rsidRPr="00BC1B93">
        <w:rPr>
          <w:lang w:val="fr-FR"/>
        </w:rPr>
        <w:t xml:space="preserve"> instruire</w:t>
      </w:r>
      <w:r w:rsidRPr="00BC1B93">
        <w:rPr>
          <w:lang w:val="fr-FR"/>
        </w:rPr>
        <w:t>]</w:t>
      </w:r>
    </w:p>
    <w:p w14:paraId="27181A78" w14:textId="589FB7B1" w:rsidR="00457D08" w:rsidRPr="00BC1B93" w:rsidRDefault="0061341C" w:rsidP="0006447F">
      <w:pPr>
        <w:spacing w:after="120"/>
        <w:ind w:left="180"/>
        <w:jc w:val="both"/>
        <w:rPr>
          <w:lang w:val="fr-FR"/>
        </w:rPr>
      </w:pPr>
      <w:proofErr w:type="gramStart"/>
      <w:r w:rsidRPr="00BC1B93">
        <w:rPr>
          <w:lang w:val="fr-FR"/>
        </w:rPr>
        <w:t>•  [</w:t>
      </w:r>
      <w:proofErr w:type="spellStart"/>
      <w:proofErr w:type="gramEnd"/>
      <w:r w:rsidRPr="00BC1B93">
        <w:rPr>
          <w:lang w:val="fr-FR"/>
        </w:rPr>
        <w:t>Soluția</w:t>
      </w:r>
      <w:proofErr w:type="spellEnd"/>
      <w:r w:rsidRPr="00BC1B93">
        <w:rPr>
          <w:lang w:val="fr-FR"/>
        </w:rPr>
        <w:t>/</w:t>
      </w:r>
      <w:proofErr w:type="spellStart"/>
      <w:r w:rsidRPr="00BC1B93">
        <w:rPr>
          <w:lang w:val="fr-FR"/>
        </w:rPr>
        <w:t>sistemul</w:t>
      </w:r>
      <w:proofErr w:type="spellEnd"/>
      <w:r w:rsidRPr="00BC1B93">
        <w:rPr>
          <w:lang w:val="fr-FR"/>
        </w:rPr>
        <w:t xml:space="preserve"> TIC nr. 2 </w:t>
      </w:r>
      <w:r w:rsidR="003823B0" w:rsidRPr="00BC1B93">
        <w:rPr>
          <w:lang w:val="fr-FR"/>
        </w:rPr>
        <w:t>–</w:t>
      </w:r>
      <w:r w:rsidRPr="00BC1B93">
        <w:rPr>
          <w:lang w:val="fr-FR"/>
        </w:rPr>
        <w:t xml:space="preserve"> </w:t>
      </w:r>
      <w:proofErr w:type="spellStart"/>
      <w:r w:rsidR="003823B0" w:rsidRPr="00BC1B93">
        <w:rPr>
          <w:lang w:val="fr-FR"/>
        </w:rPr>
        <w:t>echipamente</w:t>
      </w:r>
      <w:proofErr w:type="spellEnd"/>
      <w:r w:rsidR="003823B0" w:rsidRPr="00BC1B93">
        <w:rPr>
          <w:lang w:val="fr-FR"/>
        </w:rPr>
        <w:t xml:space="preserve"> IT, </w:t>
      </w:r>
      <w:proofErr w:type="spellStart"/>
      <w:r w:rsidR="003823B0" w:rsidRPr="00BC1B93">
        <w:rPr>
          <w:lang w:val="fr-FR"/>
        </w:rPr>
        <w:t>instalare</w:t>
      </w:r>
      <w:proofErr w:type="spellEnd"/>
      <w:r w:rsidR="003823B0" w:rsidRPr="00BC1B93">
        <w:rPr>
          <w:lang w:val="fr-FR"/>
        </w:rPr>
        <w:t xml:space="preserve"> </w:t>
      </w:r>
      <w:proofErr w:type="spellStart"/>
      <w:r w:rsidR="003823B0" w:rsidRPr="00BC1B93">
        <w:rPr>
          <w:lang w:val="fr-FR"/>
        </w:rPr>
        <w:t>și</w:t>
      </w:r>
      <w:proofErr w:type="spellEnd"/>
      <w:r w:rsidR="003823B0" w:rsidRPr="00BC1B93">
        <w:rPr>
          <w:lang w:val="fr-FR"/>
        </w:rPr>
        <w:t xml:space="preserve"> </w:t>
      </w:r>
      <w:proofErr w:type="spellStart"/>
      <w:r w:rsidR="003823B0" w:rsidRPr="00BC1B93">
        <w:rPr>
          <w:lang w:val="fr-FR"/>
        </w:rPr>
        <w:t>punere</w:t>
      </w:r>
      <w:proofErr w:type="spellEnd"/>
      <w:r w:rsidR="003823B0" w:rsidRPr="00BC1B93">
        <w:rPr>
          <w:lang w:val="fr-FR"/>
        </w:rPr>
        <w:t xml:space="preserve"> </w:t>
      </w:r>
      <w:proofErr w:type="spellStart"/>
      <w:r w:rsidR="003823B0" w:rsidRPr="00BC1B93">
        <w:rPr>
          <w:lang w:val="fr-FR"/>
        </w:rPr>
        <w:t>în</w:t>
      </w:r>
      <w:proofErr w:type="spellEnd"/>
      <w:r w:rsidR="003823B0" w:rsidRPr="00BC1B93">
        <w:rPr>
          <w:lang w:val="fr-FR"/>
        </w:rPr>
        <w:t xml:space="preserve"> </w:t>
      </w:r>
      <w:proofErr w:type="spellStart"/>
      <w:r w:rsidR="003823B0" w:rsidRPr="00BC1B93">
        <w:rPr>
          <w:lang w:val="fr-FR"/>
        </w:rPr>
        <w:t>funcțiune</w:t>
      </w:r>
      <w:proofErr w:type="spellEnd"/>
      <w:r w:rsidRPr="00BC1B93">
        <w:rPr>
          <w:lang w:val="fr-FR"/>
        </w:rPr>
        <w:t>]</w:t>
      </w:r>
    </w:p>
    <w:p w14:paraId="62BC23C4" w14:textId="41736CD2" w:rsidR="00457D08" w:rsidRPr="00BC1B93" w:rsidRDefault="0061341C" w:rsidP="0006447F">
      <w:pPr>
        <w:spacing w:after="120"/>
        <w:ind w:left="180"/>
        <w:jc w:val="both"/>
        <w:rPr>
          <w:lang w:val="fr-FR"/>
        </w:rPr>
      </w:pPr>
      <w:proofErr w:type="gramStart"/>
      <w:r w:rsidRPr="00BC1B93">
        <w:rPr>
          <w:lang w:val="fr-FR"/>
        </w:rPr>
        <w:t>•  [</w:t>
      </w:r>
      <w:proofErr w:type="spellStart"/>
      <w:proofErr w:type="gramEnd"/>
      <w:r w:rsidR="003823B0" w:rsidRPr="00BC1B93">
        <w:rPr>
          <w:lang w:val="fr-FR"/>
        </w:rPr>
        <w:t>Soluția</w:t>
      </w:r>
      <w:proofErr w:type="spellEnd"/>
      <w:r w:rsidR="003823B0" w:rsidRPr="00BC1B93">
        <w:rPr>
          <w:lang w:val="fr-FR"/>
        </w:rPr>
        <w:t>/</w:t>
      </w:r>
      <w:proofErr w:type="spellStart"/>
      <w:r w:rsidR="003823B0" w:rsidRPr="00BC1B93">
        <w:rPr>
          <w:lang w:val="fr-FR"/>
        </w:rPr>
        <w:t>sistemul</w:t>
      </w:r>
      <w:proofErr w:type="spellEnd"/>
      <w:r w:rsidR="003823B0" w:rsidRPr="00BC1B93">
        <w:rPr>
          <w:lang w:val="fr-FR"/>
        </w:rPr>
        <w:t xml:space="preserve"> TIC nr. 3 – </w:t>
      </w:r>
      <w:proofErr w:type="spellStart"/>
      <w:r w:rsidR="003823B0" w:rsidRPr="00BC1B93">
        <w:rPr>
          <w:lang w:val="fr-FR"/>
        </w:rPr>
        <w:t>Proiectare</w:t>
      </w:r>
      <w:proofErr w:type="spellEnd"/>
      <w:r w:rsidR="003823B0" w:rsidRPr="00BC1B93">
        <w:rPr>
          <w:lang w:val="fr-FR"/>
        </w:rPr>
        <w:t xml:space="preserve"> </w:t>
      </w:r>
      <w:proofErr w:type="spellStart"/>
      <w:r w:rsidR="003823B0" w:rsidRPr="00BC1B93">
        <w:rPr>
          <w:lang w:val="fr-FR"/>
        </w:rPr>
        <w:t>Tehnică</w:t>
      </w:r>
      <w:proofErr w:type="spellEnd"/>
      <w:r w:rsidR="003823B0" w:rsidRPr="00BC1B93">
        <w:rPr>
          <w:lang w:val="fr-FR"/>
        </w:rPr>
        <w:t xml:space="preserve"> de Securitate, </w:t>
      </w:r>
      <w:proofErr w:type="spellStart"/>
      <w:r w:rsidR="003823B0" w:rsidRPr="00BC1B93">
        <w:rPr>
          <w:lang w:val="fr-FR"/>
        </w:rPr>
        <w:t>furnizare</w:t>
      </w:r>
      <w:proofErr w:type="spellEnd"/>
      <w:r w:rsidR="003823B0" w:rsidRPr="00BC1B93">
        <w:rPr>
          <w:lang w:val="fr-FR"/>
        </w:rPr>
        <w:t xml:space="preserve"> </w:t>
      </w:r>
      <w:proofErr w:type="spellStart"/>
      <w:r w:rsidR="003823B0" w:rsidRPr="00BC1B93">
        <w:rPr>
          <w:lang w:val="fr-FR"/>
        </w:rPr>
        <w:t>echipamente</w:t>
      </w:r>
      <w:proofErr w:type="spellEnd"/>
      <w:r w:rsidR="003823B0" w:rsidRPr="00BC1B93">
        <w:rPr>
          <w:lang w:val="fr-FR"/>
        </w:rPr>
        <w:t xml:space="preserve"> </w:t>
      </w:r>
      <w:proofErr w:type="spellStart"/>
      <w:r w:rsidR="003823B0" w:rsidRPr="00BC1B93">
        <w:rPr>
          <w:lang w:val="fr-FR"/>
        </w:rPr>
        <w:t>pentru</w:t>
      </w:r>
      <w:proofErr w:type="spellEnd"/>
      <w:r w:rsidR="003823B0" w:rsidRPr="00BC1B93">
        <w:rPr>
          <w:lang w:val="fr-FR"/>
        </w:rPr>
        <w:t xml:space="preserve"> </w:t>
      </w:r>
      <w:proofErr w:type="spellStart"/>
      <w:r w:rsidR="003823B0" w:rsidRPr="00BC1B93">
        <w:rPr>
          <w:lang w:val="fr-FR"/>
        </w:rPr>
        <w:t>Centru</w:t>
      </w:r>
      <w:proofErr w:type="spellEnd"/>
      <w:r w:rsidR="003823B0" w:rsidRPr="00BC1B93">
        <w:rPr>
          <w:lang w:val="fr-FR"/>
        </w:rPr>
        <w:t xml:space="preserve"> de </w:t>
      </w:r>
      <w:proofErr w:type="spellStart"/>
      <w:r w:rsidR="003823B0" w:rsidRPr="00BC1B93">
        <w:rPr>
          <w:lang w:val="fr-FR"/>
        </w:rPr>
        <w:t>monitorizare</w:t>
      </w:r>
      <w:proofErr w:type="spellEnd"/>
      <w:r w:rsidR="003823B0" w:rsidRPr="00BC1B93">
        <w:rPr>
          <w:lang w:val="fr-FR"/>
        </w:rPr>
        <w:t xml:space="preserve"> </w:t>
      </w:r>
      <w:proofErr w:type="spellStart"/>
      <w:r w:rsidR="003823B0" w:rsidRPr="00BC1B93">
        <w:rPr>
          <w:lang w:val="fr-FR"/>
        </w:rPr>
        <w:t>în</w:t>
      </w:r>
      <w:proofErr w:type="spellEnd"/>
      <w:r w:rsidR="003823B0" w:rsidRPr="00BC1B93">
        <w:rPr>
          <w:lang w:val="fr-FR"/>
        </w:rPr>
        <w:t xml:space="preserve"> </w:t>
      </w:r>
      <w:proofErr w:type="spellStart"/>
      <w:r w:rsidR="003823B0" w:rsidRPr="00BC1B93">
        <w:rPr>
          <w:lang w:val="fr-FR"/>
        </w:rPr>
        <w:t>timp</w:t>
      </w:r>
      <w:proofErr w:type="spellEnd"/>
      <w:r w:rsidR="003823B0" w:rsidRPr="00BC1B93">
        <w:rPr>
          <w:lang w:val="fr-FR"/>
        </w:rPr>
        <w:t xml:space="preserve"> real a </w:t>
      </w:r>
      <w:proofErr w:type="spellStart"/>
      <w:r w:rsidR="003823B0" w:rsidRPr="00BC1B93">
        <w:rPr>
          <w:lang w:val="fr-FR"/>
        </w:rPr>
        <w:t>situației</w:t>
      </w:r>
      <w:proofErr w:type="spellEnd"/>
      <w:r w:rsidR="003823B0" w:rsidRPr="00BC1B93">
        <w:rPr>
          <w:lang w:val="fr-FR"/>
        </w:rPr>
        <w:t xml:space="preserve"> din </w:t>
      </w:r>
      <w:proofErr w:type="spellStart"/>
      <w:r w:rsidR="003823B0" w:rsidRPr="00BC1B93">
        <w:rPr>
          <w:lang w:val="fr-FR"/>
        </w:rPr>
        <w:t>localitate</w:t>
      </w:r>
      <w:proofErr w:type="spellEnd"/>
      <w:r w:rsidR="003823B0" w:rsidRPr="00BC1B93">
        <w:rPr>
          <w:lang w:val="fr-FR"/>
        </w:rPr>
        <w:t xml:space="preserve"> - Sistem de </w:t>
      </w:r>
      <w:proofErr w:type="spellStart"/>
      <w:r w:rsidR="003823B0" w:rsidRPr="00BC1B93">
        <w:rPr>
          <w:lang w:val="fr-FR"/>
        </w:rPr>
        <w:t>monitorizare</w:t>
      </w:r>
      <w:proofErr w:type="spellEnd"/>
      <w:r w:rsidR="003823B0" w:rsidRPr="00BC1B93">
        <w:rPr>
          <w:lang w:val="fr-FR"/>
        </w:rPr>
        <w:t xml:space="preserve"> </w:t>
      </w:r>
      <w:proofErr w:type="spellStart"/>
      <w:r w:rsidR="003823B0" w:rsidRPr="00BC1B93">
        <w:rPr>
          <w:lang w:val="fr-FR"/>
        </w:rPr>
        <w:t>și</w:t>
      </w:r>
      <w:proofErr w:type="spellEnd"/>
      <w:r w:rsidR="003823B0" w:rsidRPr="00BC1B93">
        <w:rPr>
          <w:lang w:val="fr-FR"/>
        </w:rPr>
        <w:t xml:space="preserve"> </w:t>
      </w:r>
      <w:proofErr w:type="spellStart"/>
      <w:r w:rsidR="003823B0" w:rsidRPr="00BC1B93">
        <w:rPr>
          <w:lang w:val="fr-FR"/>
        </w:rPr>
        <w:t>siguranță</w:t>
      </w:r>
      <w:proofErr w:type="spellEnd"/>
      <w:r w:rsidR="003823B0" w:rsidRPr="00BC1B93">
        <w:rPr>
          <w:lang w:val="fr-FR"/>
        </w:rPr>
        <w:t xml:space="preserve"> a </w:t>
      </w:r>
      <w:proofErr w:type="spellStart"/>
      <w:r w:rsidR="003823B0" w:rsidRPr="00BC1B93">
        <w:rPr>
          <w:lang w:val="fr-FR"/>
        </w:rPr>
        <w:t>traficului</w:t>
      </w:r>
      <w:proofErr w:type="spellEnd"/>
      <w:r w:rsidR="003823B0" w:rsidRPr="00BC1B93">
        <w:rPr>
          <w:lang w:val="fr-FR"/>
        </w:rPr>
        <w:t xml:space="preserve"> </w:t>
      </w:r>
      <w:proofErr w:type="spellStart"/>
      <w:r w:rsidR="003823B0" w:rsidRPr="00BC1B93">
        <w:rPr>
          <w:lang w:val="fr-FR"/>
        </w:rPr>
        <w:t>și</w:t>
      </w:r>
      <w:proofErr w:type="spellEnd"/>
      <w:r w:rsidR="003823B0" w:rsidRPr="00BC1B93">
        <w:rPr>
          <w:lang w:val="fr-FR"/>
        </w:rPr>
        <w:t xml:space="preserve"> </w:t>
      </w:r>
      <w:proofErr w:type="spellStart"/>
      <w:r w:rsidR="003823B0" w:rsidRPr="00BC1B93">
        <w:rPr>
          <w:lang w:val="fr-FR"/>
        </w:rPr>
        <w:t>extindere</w:t>
      </w:r>
      <w:proofErr w:type="spellEnd"/>
      <w:r w:rsidR="003823B0" w:rsidRPr="00BC1B93">
        <w:rPr>
          <w:lang w:val="fr-FR"/>
        </w:rPr>
        <w:t xml:space="preserve"> </w:t>
      </w:r>
      <w:proofErr w:type="spellStart"/>
      <w:r w:rsidR="003823B0" w:rsidRPr="00BC1B93">
        <w:rPr>
          <w:lang w:val="fr-FR"/>
        </w:rPr>
        <w:t>sistem</w:t>
      </w:r>
      <w:proofErr w:type="spellEnd"/>
      <w:r w:rsidR="003823B0" w:rsidRPr="00BC1B93">
        <w:rPr>
          <w:lang w:val="fr-FR"/>
        </w:rPr>
        <w:t xml:space="preserve"> </w:t>
      </w:r>
      <w:proofErr w:type="spellStart"/>
      <w:r w:rsidR="003823B0" w:rsidRPr="00BC1B93">
        <w:rPr>
          <w:lang w:val="fr-FR"/>
        </w:rPr>
        <w:t>WiFi</w:t>
      </w:r>
      <w:proofErr w:type="spellEnd"/>
      <w:r w:rsidR="003823B0" w:rsidRPr="00BC1B93">
        <w:rPr>
          <w:lang w:val="fr-FR"/>
        </w:rPr>
        <w:t xml:space="preserve"> </w:t>
      </w:r>
      <w:proofErr w:type="spellStart"/>
      <w:r w:rsidR="003823B0" w:rsidRPr="00BC1B93">
        <w:rPr>
          <w:lang w:val="fr-FR"/>
        </w:rPr>
        <w:t>în</w:t>
      </w:r>
      <w:proofErr w:type="spellEnd"/>
      <w:r w:rsidR="003823B0" w:rsidRPr="00BC1B93">
        <w:rPr>
          <w:lang w:val="fr-FR"/>
        </w:rPr>
        <w:t xml:space="preserve"> </w:t>
      </w:r>
      <w:proofErr w:type="spellStart"/>
      <w:r w:rsidR="003823B0" w:rsidRPr="00BC1B93">
        <w:rPr>
          <w:lang w:val="fr-FR"/>
        </w:rPr>
        <w:t>spații</w:t>
      </w:r>
      <w:proofErr w:type="spellEnd"/>
      <w:r w:rsidR="003823B0" w:rsidRPr="00BC1B93">
        <w:rPr>
          <w:lang w:val="fr-FR"/>
        </w:rPr>
        <w:t xml:space="preserve"> </w:t>
      </w:r>
      <w:proofErr w:type="spellStart"/>
      <w:r w:rsidR="003823B0" w:rsidRPr="00BC1B93">
        <w:rPr>
          <w:lang w:val="fr-FR"/>
        </w:rPr>
        <w:t>publice</w:t>
      </w:r>
      <w:proofErr w:type="spellEnd"/>
      <w:r w:rsidR="003823B0" w:rsidRPr="00BC1B93">
        <w:rPr>
          <w:lang w:val="fr-FR"/>
        </w:rPr>
        <w:t xml:space="preserve">, </w:t>
      </w:r>
      <w:proofErr w:type="spellStart"/>
      <w:r w:rsidR="003823B0" w:rsidRPr="00BC1B93">
        <w:rPr>
          <w:lang w:val="fr-FR"/>
        </w:rPr>
        <w:t>inclusiv</w:t>
      </w:r>
      <w:proofErr w:type="spellEnd"/>
      <w:r w:rsidR="003823B0" w:rsidRPr="00BC1B93">
        <w:rPr>
          <w:lang w:val="fr-FR"/>
        </w:rPr>
        <w:t xml:space="preserve"> </w:t>
      </w:r>
      <w:proofErr w:type="spellStart"/>
      <w:r w:rsidR="003823B0" w:rsidRPr="00BC1B93">
        <w:rPr>
          <w:lang w:val="fr-FR"/>
        </w:rPr>
        <w:t>manoperă</w:t>
      </w:r>
      <w:proofErr w:type="spellEnd"/>
      <w:r w:rsidR="003823B0" w:rsidRPr="00BC1B93">
        <w:rPr>
          <w:lang w:val="fr-FR"/>
        </w:rPr>
        <w:t xml:space="preserve">, </w:t>
      </w:r>
      <w:proofErr w:type="spellStart"/>
      <w:r w:rsidR="003823B0" w:rsidRPr="00BC1B93">
        <w:rPr>
          <w:lang w:val="fr-FR"/>
        </w:rPr>
        <w:t>instalare</w:t>
      </w:r>
      <w:proofErr w:type="spellEnd"/>
      <w:r w:rsidR="003823B0" w:rsidRPr="00BC1B93">
        <w:rPr>
          <w:lang w:val="fr-FR"/>
        </w:rPr>
        <w:t xml:space="preserve">, </w:t>
      </w:r>
      <w:proofErr w:type="spellStart"/>
      <w:r w:rsidR="003823B0" w:rsidRPr="00BC1B93">
        <w:rPr>
          <w:lang w:val="fr-FR"/>
        </w:rPr>
        <w:t>configurare</w:t>
      </w:r>
      <w:proofErr w:type="spellEnd"/>
      <w:r w:rsidR="003823B0" w:rsidRPr="00BC1B93">
        <w:rPr>
          <w:lang w:val="fr-FR"/>
        </w:rPr>
        <w:t>, instruire</w:t>
      </w:r>
      <w:r w:rsidRPr="00BC1B93">
        <w:rPr>
          <w:lang w:val="fr-FR"/>
        </w:rPr>
        <w:t>]</w:t>
      </w:r>
    </w:p>
    <w:p w14:paraId="22F47D53" w14:textId="09502592" w:rsidR="0006447F" w:rsidRPr="00BC1B93" w:rsidRDefault="0006447F" w:rsidP="0006447F">
      <w:pPr>
        <w:spacing w:after="120"/>
        <w:ind w:left="180"/>
        <w:jc w:val="both"/>
        <w:rPr>
          <w:lang w:val="fr-FR"/>
        </w:rPr>
      </w:pPr>
      <w:proofErr w:type="gramStart"/>
      <w:r w:rsidRPr="00BC1B93">
        <w:rPr>
          <w:lang w:val="fr-FR"/>
        </w:rPr>
        <w:t>•  [</w:t>
      </w:r>
      <w:proofErr w:type="spellStart"/>
      <w:proofErr w:type="gramEnd"/>
      <w:r w:rsidRPr="00BC1B93">
        <w:rPr>
          <w:lang w:val="fr-FR"/>
        </w:rPr>
        <w:t>Soluția</w:t>
      </w:r>
      <w:proofErr w:type="spellEnd"/>
      <w:r w:rsidRPr="00BC1B93">
        <w:rPr>
          <w:lang w:val="fr-FR"/>
        </w:rPr>
        <w:t>/</w:t>
      </w:r>
      <w:proofErr w:type="spellStart"/>
      <w:r w:rsidRPr="00BC1B93">
        <w:rPr>
          <w:lang w:val="fr-FR"/>
        </w:rPr>
        <w:t>sistemul</w:t>
      </w:r>
      <w:proofErr w:type="spellEnd"/>
      <w:r w:rsidRPr="00BC1B93">
        <w:rPr>
          <w:lang w:val="fr-FR"/>
        </w:rPr>
        <w:t xml:space="preserve"> TIC nr. 4 – </w:t>
      </w:r>
      <w:proofErr w:type="spellStart"/>
      <w:r w:rsidRPr="00BC1B93">
        <w:rPr>
          <w:lang w:val="fr-FR"/>
        </w:rPr>
        <w:t>Valorificarea</w:t>
      </w:r>
      <w:proofErr w:type="spellEnd"/>
      <w:r w:rsidRPr="00BC1B93">
        <w:rPr>
          <w:lang w:val="fr-FR"/>
        </w:rPr>
        <w:t xml:space="preserve"> </w:t>
      </w:r>
      <w:proofErr w:type="spellStart"/>
      <w:r w:rsidRPr="00BC1B93">
        <w:rPr>
          <w:lang w:val="fr-FR"/>
        </w:rPr>
        <w:t>obiectivelor</w:t>
      </w:r>
      <w:proofErr w:type="spellEnd"/>
      <w:r w:rsidRPr="00BC1B93">
        <w:rPr>
          <w:lang w:val="fr-FR"/>
        </w:rPr>
        <w:t xml:space="preserve"> de </w:t>
      </w:r>
      <w:proofErr w:type="spellStart"/>
      <w:r w:rsidRPr="00BC1B93">
        <w:rPr>
          <w:lang w:val="fr-FR"/>
        </w:rPr>
        <w:t>patrimoniu</w:t>
      </w:r>
      <w:proofErr w:type="spellEnd"/>
      <w:r w:rsidRPr="00BC1B93">
        <w:rPr>
          <w:lang w:val="fr-FR"/>
        </w:rPr>
        <w:t xml:space="preserve"> prin </w:t>
      </w:r>
      <w:proofErr w:type="spellStart"/>
      <w:r w:rsidRPr="00BC1B93">
        <w:rPr>
          <w:lang w:val="fr-FR"/>
        </w:rPr>
        <w:t>digitalizare</w:t>
      </w:r>
      <w:proofErr w:type="spellEnd"/>
      <w:r w:rsidRPr="00BC1B93">
        <w:rPr>
          <w:lang w:val="fr-FR"/>
        </w:rPr>
        <w:t xml:space="preserve"> </w:t>
      </w:r>
      <w:proofErr w:type="spellStart"/>
      <w:r w:rsidRPr="00BC1B93">
        <w:rPr>
          <w:lang w:val="fr-FR"/>
        </w:rPr>
        <w:t>sau</w:t>
      </w:r>
      <w:proofErr w:type="spellEnd"/>
      <w:r w:rsidRPr="00BC1B93">
        <w:rPr>
          <w:lang w:val="fr-FR"/>
        </w:rPr>
        <w:t xml:space="preserve"> </w:t>
      </w:r>
      <w:proofErr w:type="spellStart"/>
      <w:r w:rsidRPr="00BC1B93">
        <w:rPr>
          <w:lang w:val="fr-FR"/>
        </w:rPr>
        <w:t>reconstrucție</w:t>
      </w:r>
      <w:proofErr w:type="spellEnd"/>
      <w:r w:rsidRPr="00BC1B93">
        <w:rPr>
          <w:lang w:val="fr-FR"/>
        </w:rPr>
        <w:t xml:space="preserve"> </w:t>
      </w:r>
      <w:proofErr w:type="spellStart"/>
      <w:r w:rsidRPr="00BC1B93">
        <w:rPr>
          <w:lang w:val="fr-FR"/>
        </w:rPr>
        <w:t>digitală</w:t>
      </w:r>
      <w:proofErr w:type="spellEnd"/>
      <w:r w:rsidRPr="00BC1B93">
        <w:rPr>
          <w:lang w:val="fr-FR"/>
        </w:rPr>
        <w:t xml:space="preserve"> (</w:t>
      </w:r>
      <w:proofErr w:type="spellStart"/>
      <w:r w:rsidRPr="00BC1B93">
        <w:rPr>
          <w:lang w:val="fr-FR"/>
        </w:rPr>
        <w:t>Muzeu</w:t>
      </w:r>
      <w:proofErr w:type="spellEnd"/>
      <w:r w:rsidRPr="00BC1B93">
        <w:rPr>
          <w:lang w:val="fr-FR"/>
        </w:rPr>
        <w:t xml:space="preserve"> </w:t>
      </w:r>
      <w:proofErr w:type="spellStart"/>
      <w:r w:rsidRPr="00BC1B93">
        <w:rPr>
          <w:lang w:val="fr-FR"/>
        </w:rPr>
        <w:t>virtual</w:t>
      </w:r>
      <w:proofErr w:type="spellEnd"/>
      <w:r w:rsidRPr="00BC1B93">
        <w:rPr>
          <w:lang w:val="fr-FR"/>
        </w:rPr>
        <w:t xml:space="preserve">/ </w:t>
      </w:r>
      <w:proofErr w:type="spellStart"/>
      <w:r w:rsidRPr="00BC1B93">
        <w:rPr>
          <w:lang w:val="fr-FR"/>
        </w:rPr>
        <w:t>satul</w:t>
      </w:r>
      <w:proofErr w:type="spellEnd"/>
      <w:r w:rsidRPr="00BC1B93">
        <w:rPr>
          <w:lang w:val="fr-FR"/>
        </w:rPr>
        <w:t xml:space="preserve"> </w:t>
      </w:r>
      <w:proofErr w:type="spellStart"/>
      <w:r w:rsidRPr="00BC1B93">
        <w:rPr>
          <w:lang w:val="fr-FR"/>
        </w:rPr>
        <w:t>virtual</w:t>
      </w:r>
      <w:proofErr w:type="spellEnd"/>
      <w:r w:rsidRPr="00BC1B93">
        <w:rPr>
          <w:lang w:val="fr-FR"/>
        </w:rPr>
        <w:t xml:space="preserve">) </w:t>
      </w:r>
      <w:proofErr w:type="spellStart"/>
      <w:r w:rsidRPr="00BC1B93">
        <w:rPr>
          <w:lang w:val="fr-FR"/>
        </w:rPr>
        <w:t>inclusiv</w:t>
      </w:r>
      <w:proofErr w:type="spellEnd"/>
      <w:r w:rsidRPr="00BC1B93">
        <w:rPr>
          <w:lang w:val="fr-FR"/>
        </w:rPr>
        <w:t xml:space="preserve"> </w:t>
      </w:r>
      <w:proofErr w:type="spellStart"/>
      <w:r w:rsidRPr="00BC1B93">
        <w:rPr>
          <w:lang w:val="fr-FR"/>
        </w:rPr>
        <w:t>instalare</w:t>
      </w:r>
      <w:proofErr w:type="spellEnd"/>
      <w:r w:rsidRPr="00BC1B93">
        <w:rPr>
          <w:lang w:val="fr-FR"/>
        </w:rPr>
        <w:t xml:space="preserve">, </w:t>
      </w:r>
      <w:proofErr w:type="spellStart"/>
      <w:r w:rsidRPr="00BC1B93">
        <w:rPr>
          <w:lang w:val="fr-FR"/>
        </w:rPr>
        <w:t>configurare</w:t>
      </w:r>
      <w:proofErr w:type="spellEnd"/>
      <w:r w:rsidRPr="00BC1B93">
        <w:rPr>
          <w:lang w:val="fr-FR"/>
        </w:rPr>
        <w:t xml:space="preserve">, </w:t>
      </w:r>
      <w:proofErr w:type="spellStart"/>
      <w:r w:rsidRPr="00BC1B93">
        <w:rPr>
          <w:lang w:val="fr-FR"/>
        </w:rPr>
        <w:t>asistență</w:t>
      </w:r>
      <w:proofErr w:type="spellEnd"/>
      <w:r w:rsidRPr="00BC1B93">
        <w:rPr>
          <w:lang w:val="fr-FR"/>
        </w:rPr>
        <w:t>]</w:t>
      </w:r>
    </w:p>
    <w:p w14:paraId="14125592" w14:textId="0EEDBEFB" w:rsidR="0006447F" w:rsidRPr="00BC1B93" w:rsidRDefault="0006447F" w:rsidP="0006447F">
      <w:pPr>
        <w:spacing w:after="120"/>
        <w:ind w:left="180"/>
        <w:jc w:val="both"/>
        <w:rPr>
          <w:lang w:val="fr-FR"/>
        </w:rPr>
      </w:pPr>
      <w:proofErr w:type="gramStart"/>
      <w:r w:rsidRPr="00BC1B93">
        <w:rPr>
          <w:lang w:val="fr-FR"/>
        </w:rPr>
        <w:t>•  [</w:t>
      </w:r>
      <w:proofErr w:type="spellStart"/>
      <w:proofErr w:type="gramEnd"/>
      <w:r w:rsidRPr="00BC1B93">
        <w:rPr>
          <w:lang w:val="fr-FR"/>
        </w:rPr>
        <w:t>Soluția</w:t>
      </w:r>
      <w:proofErr w:type="spellEnd"/>
      <w:r w:rsidRPr="00BC1B93">
        <w:rPr>
          <w:lang w:val="fr-FR"/>
        </w:rPr>
        <w:t>/</w:t>
      </w:r>
      <w:proofErr w:type="spellStart"/>
      <w:r w:rsidRPr="00BC1B93">
        <w:rPr>
          <w:lang w:val="fr-FR"/>
        </w:rPr>
        <w:t>sistemul</w:t>
      </w:r>
      <w:proofErr w:type="spellEnd"/>
      <w:r w:rsidRPr="00BC1B93">
        <w:rPr>
          <w:lang w:val="fr-FR"/>
        </w:rPr>
        <w:t xml:space="preserve"> TIC nr. 5 – "</w:t>
      </w:r>
      <w:proofErr w:type="spellStart"/>
      <w:r w:rsidRPr="00BC1B93">
        <w:rPr>
          <w:lang w:val="fr-FR"/>
        </w:rPr>
        <w:t>Functionarul</w:t>
      </w:r>
      <w:proofErr w:type="spellEnd"/>
      <w:r w:rsidRPr="00BC1B93">
        <w:rPr>
          <w:lang w:val="fr-FR"/>
        </w:rPr>
        <w:t xml:space="preserve"> public </w:t>
      </w:r>
      <w:proofErr w:type="spellStart"/>
      <w:r w:rsidRPr="00BC1B93">
        <w:rPr>
          <w:lang w:val="fr-FR"/>
        </w:rPr>
        <w:t>virtual</w:t>
      </w:r>
      <w:proofErr w:type="spellEnd"/>
      <w:r w:rsidRPr="00BC1B93">
        <w:rPr>
          <w:lang w:val="fr-FR"/>
        </w:rPr>
        <w:t xml:space="preserve">": </w:t>
      </w:r>
      <w:proofErr w:type="spellStart"/>
      <w:r w:rsidRPr="00BC1B93">
        <w:rPr>
          <w:lang w:val="fr-FR"/>
        </w:rPr>
        <w:t>pachet</w:t>
      </w:r>
      <w:proofErr w:type="spellEnd"/>
      <w:r w:rsidRPr="00BC1B93">
        <w:rPr>
          <w:lang w:val="fr-FR"/>
        </w:rPr>
        <w:t xml:space="preserve"> </w:t>
      </w:r>
      <w:proofErr w:type="spellStart"/>
      <w:r w:rsidRPr="00BC1B93">
        <w:rPr>
          <w:lang w:val="fr-FR"/>
        </w:rPr>
        <w:t>compus</w:t>
      </w:r>
      <w:proofErr w:type="spellEnd"/>
      <w:r w:rsidRPr="00BC1B93">
        <w:rPr>
          <w:lang w:val="fr-FR"/>
        </w:rPr>
        <w:t xml:space="preserve"> din </w:t>
      </w:r>
      <w:proofErr w:type="spellStart"/>
      <w:r w:rsidRPr="00BC1B93">
        <w:rPr>
          <w:lang w:val="fr-FR"/>
        </w:rPr>
        <w:t>licente</w:t>
      </w:r>
      <w:proofErr w:type="spellEnd"/>
      <w:r w:rsidRPr="00BC1B93">
        <w:rPr>
          <w:lang w:val="fr-FR"/>
        </w:rPr>
        <w:t xml:space="preserve"> </w:t>
      </w:r>
      <w:proofErr w:type="spellStart"/>
      <w:r w:rsidRPr="00BC1B93">
        <w:rPr>
          <w:lang w:val="fr-FR"/>
        </w:rPr>
        <w:t>pentru</w:t>
      </w:r>
      <w:proofErr w:type="spellEnd"/>
      <w:r w:rsidRPr="00BC1B93">
        <w:rPr>
          <w:lang w:val="fr-FR"/>
        </w:rPr>
        <w:t xml:space="preserve"> </w:t>
      </w:r>
      <w:proofErr w:type="spellStart"/>
      <w:r w:rsidRPr="00BC1B93">
        <w:rPr>
          <w:lang w:val="fr-FR"/>
        </w:rPr>
        <w:t>aplicatii</w:t>
      </w:r>
      <w:proofErr w:type="spellEnd"/>
      <w:r w:rsidRPr="00BC1B93">
        <w:rPr>
          <w:lang w:val="fr-FR"/>
        </w:rPr>
        <w:t xml:space="preserve"> </w:t>
      </w:r>
      <w:proofErr w:type="spellStart"/>
      <w:r w:rsidRPr="00BC1B93">
        <w:rPr>
          <w:lang w:val="fr-FR"/>
        </w:rPr>
        <w:t>informatice</w:t>
      </w:r>
      <w:proofErr w:type="spellEnd"/>
      <w:r w:rsidRPr="00BC1B93">
        <w:rPr>
          <w:lang w:val="fr-FR"/>
        </w:rPr>
        <w:t xml:space="preserve"> si din </w:t>
      </w:r>
      <w:proofErr w:type="spellStart"/>
      <w:r w:rsidRPr="00BC1B93">
        <w:rPr>
          <w:lang w:val="fr-FR"/>
        </w:rPr>
        <w:t>constructia</w:t>
      </w:r>
      <w:proofErr w:type="spellEnd"/>
      <w:r w:rsidRPr="00BC1B93">
        <w:rPr>
          <w:lang w:val="fr-FR"/>
        </w:rPr>
        <w:t xml:space="preserve"> </w:t>
      </w:r>
      <w:proofErr w:type="spellStart"/>
      <w:r w:rsidRPr="00BC1B93">
        <w:rPr>
          <w:lang w:val="fr-FR"/>
        </w:rPr>
        <w:t>unui</w:t>
      </w:r>
      <w:proofErr w:type="spellEnd"/>
      <w:r w:rsidRPr="00BC1B93">
        <w:rPr>
          <w:lang w:val="fr-FR"/>
        </w:rPr>
        <w:t xml:space="preserve"> site web, </w:t>
      </w:r>
      <w:proofErr w:type="spellStart"/>
      <w:r w:rsidRPr="00BC1B93">
        <w:rPr>
          <w:lang w:val="fr-FR"/>
        </w:rPr>
        <w:t>pentru</w:t>
      </w:r>
      <w:proofErr w:type="spellEnd"/>
      <w:r w:rsidRPr="00BC1B93">
        <w:rPr>
          <w:lang w:val="fr-FR"/>
        </w:rPr>
        <w:t xml:space="preserve"> </w:t>
      </w:r>
      <w:proofErr w:type="spellStart"/>
      <w:r w:rsidRPr="00BC1B93">
        <w:rPr>
          <w:lang w:val="fr-FR"/>
        </w:rPr>
        <w:t>realizarea</w:t>
      </w:r>
      <w:proofErr w:type="spellEnd"/>
      <w:r w:rsidRPr="00BC1B93">
        <w:rPr>
          <w:lang w:val="fr-FR"/>
        </w:rPr>
        <w:t xml:space="preserve"> </w:t>
      </w:r>
      <w:proofErr w:type="spellStart"/>
      <w:r w:rsidRPr="00BC1B93">
        <w:rPr>
          <w:lang w:val="fr-FR"/>
        </w:rPr>
        <w:t>unui</w:t>
      </w:r>
      <w:proofErr w:type="spellEnd"/>
      <w:r w:rsidRPr="00BC1B93">
        <w:rPr>
          <w:lang w:val="fr-FR"/>
        </w:rPr>
        <w:t xml:space="preserve"> </w:t>
      </w:r>
      <w:proofErr w:type="spellStart"/>
      <w:r w:rsidRPr="00BC1B93">
        <w:rPr>
          <w:lang w:val="fr-FR"/>
        </w:rPr>
        <w:t>sistem</w:t>
      </w:r>
      <w:proofErr w:type="spellEnd"/>
      <w:r w:rsidRPr="00BC1B93">
        <w:rPr>
          <w:lang w:val="fr-FR"/>
        </w:rPr>
        <w:t xml:space="preserve"> digital </w:t>
      </w:r>
      <w:proofErr w:type="spellStart"/>
      <w:r w:rsidRPr="00BC1B93">
        <w:rPr>
          <w:lang w:val="fr-FR"/>
        </w:rPr>
        <w:t>integrat</w:t>
      </w:r>
      <w:proofErr w:type="spellEnd"/>
      <w:r w:rsidRPr="00BC1B93">
        <w:rPr>
          <w:lang w:val="fr-FR"/>
        </w:rPr>
        <w:t xml:space="preserve">, care sa </w:t>
      </w:r>
      <w:proofErr w:type="spellStart"/>
      <w:r w:rsidRPr="00BC1B93">
        <w:rPr>
          <w:lang w:val="fr-FR"/>
        </w:rPr>
        <w:t>automatizeze</w:t>
      </w:r>
      <w:proofErr w:type="spellEnd"/>
      <w:r w:rsidRPr="00BC1B93">
        <w:rPr>
          <w:lang w:val="fr-FR"/>
        </w:rPr>
        <w:t xml:space="preserve"> prin </w:t>
      </w:r>
      <w:proofErr w:type="spellStart"/>
      <w:r w:rsidRPr="00BC1B93">
        <w:rPr>
          <w:lang w:val="fr-FR"/>
        </w:rPr>
        <w:t>informatizare</w:t>
      </w:r>
      <w:proofErr w:type="spellEnd"/>
      <w:r w:rsidRPr="00BC1B93">
        <w:rPr>
          <w:lang w:val="fr-FR"/>
        </w:rPr>
        <w:t xml:space="preserve"> o parte </w:t>
      </w:r>
      <w:proofErr w:type="spellStart"/>
      <w:r w:rsidRPr="00BC1B93">
        <w:rPr>
          <w:lang w:val="fr-FR"/>
        </w:rPr>
        <w:t>dintre</w:t>
      </w:r>
      <w:proofErr w:type="spellEnd"/>
      <w:r w:rsidRPr="00BC1B93">
        <w:rPr>
          <w:lang w:val="fr-FR"/>
        </w:rPr>
        <w:t xml:space="preserve"> </w:t>
      </w:r>
      <w:proofErr w:type="spellStart"/>
      <w:r w:rsidRPr="00BC1B93">
        <w:rPr>
          <w:lang w:val="fr-FR"/>
        </w:rPr>
        <w:t>activitatile</w:t>
      </w:r>
      <w:proofErr w:type="spellEnd"/>
      <w:r w:rsidRPr="00BC1B93">
        <w:rPr>
          <w:lang w:val="fr-FR"/>
        </w:rPr>
        <w:t xml:space="preserve"> </w:t>
      </w:r>
      <w:proofErr w:type="spellStart"/>
      <w:r w:rsidRPr="00BC1B93">
        <w:rPr>
          <w:lang w:val="fr-FR"/>
        </w:rPr>
        <w:t>institutiei</w:t>
      </w:r>
      <w:proofErr w:type="spellEnd"/>
      <w:r w:rsidRPr="00BC1B93">
        <w:rPr>
          <w:lang w:val="fr-FR"/>
        </w:rPr>
        <w:t xml:space="preserve"> </w:t>
      </w:r>
      <w:proofErr w:type="spellStart"/>
      <w:r w:rsidRPr="00BC1B93">
        <w:rPr>
          <w:lang w:val="fr-FR"/>
        </w:rPr>
        <w:t>publice</w:t>
      </w:r>
      <w:proofErr w:type="spellEnd"/>
      <w:r w:rsidRPr="00BC1B93">
        <w:rPr>
          <w:lang w:val="fr-FR"/>
        </w:rPr>
        <w:t xml:space="preserve"> </w:t>
      </w:r>
      <w:proofErr w:type="spellStart"/>
      <w:r w:rsidRPr="00BC1B93">
        <w:rPr>
          <w:lang w:val="fr-FR"/>
        </w:rPr>
        <w:t>precum</w:t>
      </w:r>
      <w:proofErr w:type="spellEnd"/>
      <w:r w:rsidRPr="00BC1B93">
        <w:rPr>
          <w:lang w:val="fr-FR"/>
        </w:rPr>
        <w:t xml:space="preserve"> si </w:t>
      </w:r>
      <w:proofErr w:type="spellStart"/>
      <w:r w:rsidRPr="00BC1B93">
        <w:rPr>
          <w:lang w:val="fr-FR"/>
        </w:rPr>
        <w:t>relatia</w:t>
      </w:r>
      <w:proofErr w:type="spellEnd"/>
      <w:r w:rsidRPr="00BC1B93">
        <w:rPr>
          <w:lang w:val="fr-FR"/>
        </w:rPr>
        <w:t xml:space="preserve"> </w:t>
      </w:r>
      <w:proofErr w:type="spellStart"/>
      <w:r w:rsidRPr="00BC1B93">
        <w:rPr>
          <w:lang w:val="fr-FR"/>
        </w:rPr>
        <w:t>cu</w:t>
      </w:r>
      <w:proofErr w:type="spellEnd"/>
      <w:r w:rsidRPr="00BC1B93">
        <w:rPr>
          <w:lang w:val="fr-FR"/>
        </w:rPr>
        <w:t xml:space="preserve"> </w:t>
      </w:r>
      <w:proofErr w:type="spellStart"/>
      <w:r w:rsidRPr="00BC1B93">
        <w:rPr>
          <w:lang w:val="fr-FR"/>
        </w:rPr>
        <w:t>cetatenii</w:t>
      </w:r>
      <w:proofErr w:type="spellEnd"/>
      <w:r w:rsidRPr="00BC1B93">
        <w:rPr>
          <w:lang w:val="fr-FR"/>
        </w:rPr>
        <w:t>]</w:t>
      </w:r>
    </w:p>
    <w:p w14:paraId="4E413840" w14:textId="77777777" w:rsidR="00457D08" w:rsidRPr="00BC1B93" w:rsidRDefault="0061341C">
      <w:pPr>
        <w:pStyle w:val="Titlu2"/>
        <w:rPr>
          <w:color w:val="auto"/>
          <w:lang w:val="it-IT"/>
        </w:rPr>
      </w:pPr>
      <w:r w:rsidRPr="00BC1B93">
        <w:rPr>
          <w:color w:val="auto"/>
          <w:lang w:val="it-IT"/>
        </w:rPr>
        <w:t>Impactul investiției la nivel local</w:t>
      </w:r>
    </w:p>
    <w:p w14:paraId="3717D5AE" w14:textId="2924F9A8" w:rsidR="00457D08" w:rsidRPr="00BC1B93" w:rsidRDefault="0061341C" w:rsidP="00181F16">
      <w:pPr>
        <w:spacing w:after="120"/>
        <w:jc w:val="both"/>
        <w:rPr>
          <w:lang w:val="it-IT"/>
        </w:rPr>
      </w:pPr>
      <w:r w:rsidRPr="00BC1B93">
        <w:rPr>
          <w:lang w:val="it-IT"/>
        </w:rPr>
        <w:t xml:space="preserve">Prin rezultatele realizate, proiectul contribuie la </w:t>
      </w:r>
      <w:r w:rsidR="00181F16" w:rsidRPr="00BC1B93">
        <w:rPr>
          <w:lang w:val="it-IT"/>
        </w:rPr>
        <w:t>creșterea capacității administrației publice locale de monitorizare și gestionare a situațiilor de interes local, facilitarea accesului cetățenilor la informații și servicii publice prin soluțiile TIC implementate, precum și asigurarea infrastructurii locale necesare reîncărcării vehiculelor electrice, prin punctele de reîncărcare instalate și puse în funcțiune</w:t>
      </w:r>
      <w:r w:rsidRPr="00BC1B93">
        <w:rPr>
          <w:lang w:val="it-IT"/>
        </w:rPr>
        <w:t>, sprijinind tranziția digitală, accesul la servicii publice mai eficiente și dezvoltarea transportului nepoluant.</w:t>
      </w:r>
    </w:p>
    <w:p w14:paraId="286D334D" w14:textId="77777777" w:rsidR="00457D08" w:rsidRPr="00BC1B93" w:rsidRDefault="0061341C">
      <w:pPr>
        <w:pStyle w:val="Titlu2"/>
        <w:rPr>
          <w:color w:val="auto"/>
          <w:lang w:val="fr-FR"/>
        </w:rPr>
      </w:pPr>
      <w:proofErr w:type="spellStart"/>
      <w:r w:rsidRPr="00BC1B93">
        <w:rPr>
          <w:color w:val="auto"/>
          <w:lang w:val="fr-FR"/>
        </w:rPr>
        <w:t>Datele</w:t>
      </w:r>
      <w:proofErr w:type="spellEnd"/>
      <w:r w:rsidRPr="00BC1B93">
        <w:rPr>
          <w:color w:val="auto"/>
          <w:lang w:val="fr-FR"/>
        </w:rPr>
        <w:t xml:space="preserve"> </w:t>
      </w:r>
      <w:proofErr w:type="spellStart"/>
      <w:r w:rsidRPr="00BC1B93">
        <w:rPr>
          <w:color w:val="auto"/>
          <w:lang w:val="fr-FR"/>
        </w:rPr>
        <w:t>proiectului</w:t>
      </w:r>
      <w:proofErr w:type="spellEnd"/>
    </w:p>
    <w:p w14:paraId="0055E891" w14:textId="3761DE81" w:rsidR="00457D08" w:rsidRPr="00BC1B93" w:rsidRDefault="0061341C">
      <w:pPr>
        <w:spacing w:after="60" w:line="252" w:lineRule="auto"/>
        <w:rPr>
          <w:lang w:val="fr-FR"/>
        </w:rPr>
      </w:pPr>
      <w:proofErr w:type="spellStart"/>
      <w:proofErr w:type="gramStart"/>
      <w:r w:rsidRPr="00BC1B93">
        <w:rPr>
          <w:b/>
          <w:lang w:val="fr-FR"/>
        </w:rPr>
        <w:t>Beneficiar</w:t>
      </w:r>
      <w:proofErr w:type="spellEnd"/>
      <w:r w:rsidRPr="00BC1B93">
        <w:rPr>
          <w:b/>
          <w:lang w:val="fr-FR"/>
        </w:rPr>
        <w:t>:</w:t>
      </w:r>
      <w:proofErr w:type="gramEnd"/>
      <w:r w:rsidRPr="00BC1B93">
        <w:rPr>
          <w:b/>
          <w:lang w:val="fr-FR"/>
        </w:rPr>
        <w:t xml:space="preserve"> </w:t>
      </w:r>
      <w:r w:rsidRPr="00BC1B93">
        <w:rPr>
          <w:lang w:val="fr-FR"/>
        </w:rPr>
        <w:t xml:space="preserve">UAT COMUNA </w:t>
      </w:r>
      <w:r w:rsidR="00234561" w:rsidRPr="00BC1B93">
        <w:rPr>
          <w:shd w:val="clear" w:color="auto" w:fill="FFF2CC"/>
          <w:lang w:val="fr-FR"/>
        </w:rPr>
        <w:t>DOROBANTU</w:t>
      </w:r>
    </w:p>
    <w:p w14:paraId="7AC7C31C" w14:textId="106AC87A" w:rsidR="00457D08" w:rsidRPr="00BC1B93" w:rsidRDefault="0061341C">
      <w:pPr>
        <w:spacing w:after="60" w:line="252" w:lineRule="auto"/>
        <w:rPr>
          <w:lang w:val="fr-FR"/>
        </w:rPr>
      </w:pPr>
      <w:proofErr w:type="spellStart"/>
      <w:r w:rsidRPr="00BC1B93">
        <w:rPr>
          <w:b/>
          <w:lang w:val="fr-FR"/>
        </w:rPr>
        <w:t>Locul</w:t>
      </w:r>
      <w:proofErr w:type="spellEnd"/>
      <w:r w:rsidRPr="00BC1B93">
        <w:rPr>
          <w:b/>
          <w:lang w:val="fr-FR"/>
        </w:rPr>
        <w:t xml:space="preserve"> de </w:t>
      </w:r>
      <w:proofErr w:type="spellStart"/>
      <w:proofErr w:type="gramStart"/>
      <w:r w:rsidRPr="00BC1B93">
        <w:rPr>
          <w:b/>
          <w:lang w:val="fr-FR"/>
        </w:rPr>
        <w:t>implementare</w:t>
      </w:r>
      <w:proofErr w:type="spellEnd"/>
      <w:r w:rsidRPr="00BC1B93">
        <w:rPr>
          <w:b/>
          <w:lang w:val="fr-FR"/>
        </w:rPr>
        <w:t>:</w:t>
      </w:r>
      <w:proofErr w:type="gramEnd"/>
      <w:r w:rsidRPr="00BC1B93">
        <w:rPr>
          <w:b/>
          <w:lang w:val="fr-FR"/>
        </w:rPr>
        <w:t xml:space="preserve"> </w:t>
      </w:r>
      <w:proofErr w:type="spellStart"/>
      <w:r w:rsidRPr="00BC1B93">
        <w:rPr>
          <w:lang w:val="fr-FR"/>
        </w:rPr>
        <w:t>România</w:t>
      </w:r>
      <w:proofErr w:type="spellEnd"/>
      <w:r w:rsidRPr="00BC1B93">
        <w:rPr>
          <w:lang w:val="fr-FR"/>
        </w:rPr>
        <w:t xml:space="preserve">, </w:t>
      </w:r>
      <w:proofErr w:type="spellStart"/>
      <w:r w:rsidRPr="00BC1B93">
        <w:rPr>
          <w:lang w:val="fr-FR"/>
        </w:rPr>
        <w:t>județul</w:t>
      </w:r>
      <w:proofErr w:type="spellEnd"/>
      <w:r w:rsidRPr="00BC1B93">
        <w:rPr>
          <w:lang w:val="fr-FR"/>
        </w:rPr>
        <w:t xml:space="preserve"> </w:t>
      </w:r>
      <w:r w:rsidR="00234561" w:rsidRPr="00BC1B93">
        <w:rPr>
          <w:shd w:val="clear" w:color="auto" w:fill="FFF2CC"/>
          <w:lang w:val="fr-FR"/>
        </w:rPr>
        <w:t>TULCEA</w:t>
      </w:r>
      <w:r w:rsidRPr="00BC1B93">
        <w:rPr>
          <w:lang w:val="fr-FR"/>
        </w:rPr>
        <w:t xml:space="preserve">, </w:t>
      </w:r>
      <w:proofErr w:type="spellStart"/>
      <w:r w:rsidRPr="00BC1B93">
        <w:rPr>
          <w:lang w:val="fr-FR"/>
        </w:rPr>
        <w:t>comuna</w:t>
      </w:r>
      <w:proofErr w:type="spellEnd"/>
      <w:r w:rsidRPr="00BC1B93">
        <w:rPr>
          <w:lang w:val="fr-FR"/>
        </w:rPr>
        <w:t xml:space="preserve"> </w:t>
      </w:r>
      <w:r w:rsidR="00234561" w:rsidRPr="00BC1B93">
        <w:rPr>
          <w:shd w:val="clear" w:color="auto" w:fill="FFF2CC"/>
          <w:lang w:val="fr-FR"/>
        </w:rPr>
        <w:t>DOROBANTU</w:t>
      </w:r>
    </w:p>
    <w:p w14:paraId="5C951177" w14:textId="44776A84" w:rsidR="00457D08" w:rsidRPr="00BC1B93" w:rsidRDefault="0061341C">
      <w:pPr>
        <w:spacing w:after="60" w:line="252" w:lineRule="auto"/>
        <w:rPr>
          <w:lang w:val="fr-FR"/>
        </w:rPr>
      </w:pPr>
      <w:r w:rsidRPr="00BC1B93">
        <w:rPr>
          <w:b/>
          <w:lang w:val="fr-FR"/>
        </w:rPr>
        <w:t xml:space="preserve">Cod </w:t>
      </w:r>
      <w:proofErr w:type="spellStart"/>
      <w:proofErr w:type="gramStart"/>
      <w:r w:rsidRPr="00BC1B93">
        <w:rPr>
          <w:b/>
          <w:lang w:val="fr-FR"/>
        </w:rPr>
        <w:t>proiect</w:t>
      </w:r>
      <w:proofErr w:type="spellEnd"/>
      <w:r w:rsidRPr="00BC1B93">
        <w:rPr>
          <w:b/>
          <w:lang w:val="fr-FR"/>
        </w:rPr>
        <w:t>:</w:t>
      </w:r>
      <w:proofErr w:type="gramEnd"/>
      <w:r w:rsidRPr="00BC1B93">
        <w:rPr>
          <w:b/>
          <w:lang w:val="fr-FR"/>
        </w:rPr>
        <w:t xml:space="preserve"> </w:t>
      </w:r>
      <w:r w:rsidRPr="00BC1B93">
        <w:rPr>
          <w:lang w:val="fr-FR"/>
        </w:rPr>
        <w:t>C10-I.1.2-</w:t>
      </w:r>
      <w:r w:rsidR="008C7A15" w:rsidRPr="00BC1B93">
        <w:rPr>
          <w:shd w:val="clear" w:color="auto" w:fill="FFF2CC"/>
          <w:lang w:val="fr-FR"/>
        </w:rPr>
        <w:t xml:space="preserve"> </w:t>
      </w:r>
      <w:r w:rsidR="00234561" w:rsidRPr="00BC1B93">
        <w:rPr>
          <w:shd w:val="clear" w:color="auto" w:fill="FFF2CC"/>
          <w:lang w:val="fr-FR"/>
        </w:rPr>
        <w:t>11263</w:t>
      </w:r>
    </w:p>
    <w:p w14:paraId="5DCBFA0A" w14:textId="5C4E0873" w:rsidR="00457D08" w:rsidRPr="00BC1B93" w:rsidRDefault="0061341C">
      <w:pPr>
        <w:spacing w:after="60" w:line="252" w:lineRule="auto"/>
        <w:rPr>
          <w:lang w:val="fr-FR"/>
        </w:rPr>
      </w:pPr>
      <w:proofErr w:type="spellStart"/>
      <w:r w:rsidRPr="00BC1B93">
        <w:rPr>
          <w:b/>
          <w:lang w:val="fr-FR"/>
        </w:rPr>
        <w:t>Contract</w:t>
      </w:r>
      <w:proofErr w:type="spellEnd"/>
      <w:r w:rsidRPr="00BC1B93">
        <w:rPr>
          <w:b/>
          <w:lang w:val="fr-FR"/>
        </w:rPr>
        <w:t xml:space="preserve"> de </w:t>
      </w:r>
      <w:proofErr w:type="spellStart"/>
      <w:proofErr w:type="gramStart"/>
      <w:r w:rsidRPr="00BC1B93">
        <w:rPr>
          <w:b/>
          <w:lang w:val="fr-FR"/>
        </w:rPr>
        <w:t>finanțare</w:t>
      </w:r>
      <w:proofErr w:type="spellEnd"/>
      <w:r w:rsidRPr="00BC1B93">
        <w:rPr>
          <w:b/>
          <w:lang w:val="fr-FR"/>
        </w:rPr>
        <w:t>:</w:t>
      </w:r>
      <w:proofErr w:type="gramEnd"/>
      <w:r w:rsidRPr="00BC1B93">
        <w:rPr>
          <w:b/>
          <w:lang w:val="fr-FR"/>
        </w:rPr>
        <w:t xml:space="preserve"> </w:t>
      </w:r>
      <w:r w:rsidRPr="00BC1B93">
        <w:rPr>
          <w:lang w:val="fr-FR"/>
        </w:rPr>
        <w:t xml:space="preserve"> </w:t>
      </w:r>
      <w:r w:rsidR="00234561" w:rsidRPr="00BC1B93">
        <w:rPr>
          <w:rFonts w:ascii="Trebuchet MS" w:eastAsia="Courier New" w:hAnsi="Trebuchet MS" w:cs="Calibri"/>
          <w:sz w:val="18"/>
          <w:szCs w:val="18"/>
          <w:lang w:val="ro-RO" w:eastAsia="ro-RO" w:bidi="ro-RO"/>
        </w:rPr>
        <w:t>nr. 145179/21.12.2022</w:t>
      </w:r>
    </w:p>
    <w:p w14:paraId="75443C7A" w14:textId="20C4AF3A" w:rsidR="00457D08" w:rsidRPr="00BC1B93" w:rsidRDefault="0061341C">
      <w:pPr>
        <w:spacing w:after="60" w:line="252" w:lineRule="auto"/>
        <w:rPr>
          <w:lang w:val="fr-FR"/>
        </w:rPr>
      </w:pPr>
      <w:proofErr w:type="spellStart"/>
      <w:r w:rsidRPr="00BC1B93">
        <w:rPr>
          <w:b/>
          <w:lang w:val="fr-FR"/>
        </w:rPr>
        <w:t>Perioada</w:t>
      </w:r>
      <w:proofErr w:type="spellEnd"/>
      <w:r w:rsidRPr="00BC1B93">
        <w:rPr>
          <w:b/>
          <w:lang w:val="fr-FR"/>
        </w:rPr>
        <w:t xml:space="preserve"> de </w:t>
      </w:r>
      <w:proofErr w:type="spellStart"/>
      <w:proofErr w:type="gramStart"/>
      <w:r w:rsidRPr="00BC1B93">
        <w:rPr>
          <w:b/>
          <w:lang w:val="fr-FR"/>
        </w:rPr>
        <w:t>implementare</w:t>
      </w:r>
      <w:proofErr w:type="spellEnd"/>
      <w:r w:rsidRPr="00BC1B93">
        <w:rPr>
          <w:b/>
          <w:lang w:val="fr-FR"/>
        </w:rPr>
        <w:t>:</w:t>
      </w:r>
      <w:proofErr w:type="gramEnd"/>
      <w:r w:rsidRPr="00BC1B93">
        <w:rPr>
          <w:b/>
          <w:lang w:val="fr-FR"/>
        </w:rPr>
        <w:t xml:space="preserve"> </w:t>
      </w:r>
      <w:r w:rsidR="00952EED" w:rsidRPr="00BC1B93">
        <w:rPr>
          <w:lang w:val="it-IT"/>
        </w:rPr>
        <w:t xml:space="preserve">de la </w:t>
      </w:r>
      <w:r w:rsidR="008D1DDB" w:rsidRPr="00BC1B93">
        <w:rPr>
          <w:lang w:val="it-IT"/>
        </w:rPr>
        <w:t>30</w:t>
      </w:r>
      <w:r w:rsidR="00952EED" w:rsidRPr="00BC1B93">
        <w:rPr>
          <w:lang w:val="it-IT"/>
        </w:rPr>
        <w:t>.12.2022 până la 30.12.2025</w:t>
      </w:r>
    </w:p>
    <w:p w14:paraId="55D11545" w14:textId="7DF5A608" w:rsidR="00457D08" w:rsidRPr="00BC1B93" w:rsidRDefault="0061341C">
      <w:pPr>
        <w:spacing w:after="60" w:line="252" w:lineRule="auto"/>
        <w:rPr>
          <w:lang w:val="fr-FR"/>
        </w:rPr>
      </w:pPr>
      <w:r w:rsidRPr="00BC1B93">
        <w:rPr>
          <w:b/>
          <w:lang w:val="fr-FR"/>
        </w:rPr>
        <w:t xml:space="preserve">Data </w:t>
      </w:r>
      <w:proofErr w:type="spellStart"/>
      <w:r w:rsidRPr="00BC1B93">
        <w:rPr>
          <w:b/>
          <w:lang w:val="fr-FR"/>
        </w:rPr>
        <w:t>finalizării</w:t>
      </w:r>
      <w:proofErr w:type="spellEnd"/>
      <w:r w:rsidRPr="00BC1B93">
        <w:rPr>
          <w:b/>
          <w:lang w:val="fr-FR"/>
        </w:rPr>
        <w:t xml:space="preserve"> </w:t>
      </w:r>
      <w:proofErr w:type="spellStart"/>
      <w:proofErr w:type="gramStart"/>
      <w:r w:rsidRPr="00BC1B93">
        <w:rPr>
          <w:b/>
          <w:lang w:val="fr-FR"/>
        </w:rPr>
        <w:t>efective</w:t>
      </w:r>
      <w:proofErr w:type="spellEnd"/>
      <w:r w:rsidRPr="00BC1B93">
        <w:rPr>
          <w:b/>
          <w:lang w:val="fr-FR"/>
        </w:rPr>
        <w:t>:</w:t>
      </w:r>
      <w:proofErr w:type="gramEnd"/>
      <w:r w:rsidRPr="00BC1B93">
        <w:rPr>
          <w:b/>
          <w:lang w:val="fr-FR"/>
        </w:rPr>
        <w:t xml:space="preserve"> </w:t>
      </w:r>
      <w:r w:rsidR="00952EED" w:rsidRPr="00BC1B93">
        <w:rPr>
          <w:shd w:val="clear" w:color="auto" w:fill="FFF2CC"/>
          <w:lang w:val="fr-FR"/>
        </w:rPr>
        <w:t>30.12.2025</w:t>
      </w:r>
      <w:r w:rsidR="00952EED" w:rsidRPr="00BC1B93">
        <w:rPr>
          <w:lang w:val="it-IT"/>
        </w:rPr>
        <w:t xml:space="preserve"> </w:t>
      </w:r>
    </w:p>
    <w:p w14:paraId="5129E922" w14:textId="3DA53836" w:rsidR="00457D08" w:rsidRPr="00BC1B93" w:rsidRDefault="0061341C">
      <w:pPr>
        <w:spacing w:after="60" w:line="252" w:lineRule="auto"/>
        <w:rPr>
          <w:lang w:val="fr-FR"/>
        </w:rPr>
      </w:pPr>
      <w:proofErr w:type="spellStart"/>
      <w:r w:rsidRPr="00BC1B93">
        <w:rPr>
          <w:b/>
          <w:lang w:val="fr-FR"/>
        </w:rPr>
        <w:t>Valoarea</w:t>
      </w:r>
      <w:proofErr w:type="spellEnd"/>
      <w:r w:rsidRPr="00BC1B93">
        <w:rPr>
          <w:b/>
          <w:lang w:val="fr-FR"/>
        </w:rPr>
        <w:t xml:space="preserve"> </w:t>
      </w:r>
      <w:proofErr w:type="spellStart"/>
      <w:r w:rsidRPr="00BC1B93">
        <w:rPr>
          <w:b/>
          <w:lang w:val="fr-FR"/>
        </w:rPr>
        <w:t>totală</w:t>
      </w:r>
      <w:proofErr w:type="spellEnd"/>
      <w:r w:rsidRPr="00BC1B93">
        <w:rPr>
          <w:b/>
          <w:lang w:val="fr-FR"/>
        </w:rPr>
        <w:t xml:space="preserve"> a </w:t>
      </w:r>
      <w:proofErr w:type="spellStart"/>
      <w:proofErr w:type="gramStart"/>
      <w:r w:rsidRPr="00BC1B93">
        <w:rPr>
          <w:b/>
          <w:lang w:val="fr-FR"/>
        </w:rPr>
        <w:t>proiectului</w:t>
      </w:r>
      <w:proofErr w:type="spellEnd"/>
      <w:r w:rsidRPr="00BC1B93">
        <w:rPr>
          <w:b/>
          <w:lang w:val="fr-FR"/>
        </w:rPr>
        <w:t>:</w:t>
      </w:r>
      <w:proofErr w:type="gramEnd"/>
      <w:r w:rsidRPr="00BC1B93">
        <w:rPr>
          <w:b/>
          <w:lang w:val="fr-FR"/>
        </w:rPr>
        <w:t xml:space="preserve"> </w:t>
      </w:r>
      <w:r w:rsidR="00BC1B93" w:rsidRPr="00BC1B93">
        <w:rPr>
          <w:b/>
          <w:lang w:val="fr-FR"/>
        </w:rPr>
        <w:t xml:space="preserve">1.889.662,70 lei </w:t>
      </w:r>
    </w:p>
    <w:p w14:paraId="4FE19ADD" w14:textId="77777777" w:rsidR="00457D08" w:rsidRPr="00BC1B93" w:rsidRDefault="0061341C">
      <w:pPr>
        <w:spacing w:after="60" w:line="252" w:lineRule="auto"/>
        <w:rPr>
          <w:lang w:val="fr-FR"/>
        </w:rPr>
      </w:pPr>
      <w:proofErr w:type="spellStart"/>
      <w:r w:rsidRPr="00BC1B93">
        <w:rPr>
          <w:b/>
          <w:lang w:val="fr-FR"/>
        </w:rPr>
        <w:t>Investiția</w:t>
      </w:r>
      <w:proofErr w:type="spellEnd"/>
      <w:r w:rsidRPr="00BC1B93">
        <w:rPr>
          <w:b/>
          <w:lang w:val="fr-FR"/>
        </w:rPr>
        <w:t xml:space="preserve"> I.1.2: </w:t>
      </w:r>
      <w:r w:rsidRPr="00BC1B93">
        <w:rPr>
          <w:lang w:val="fr-FR"/>
        </w:rPr>
        <w:t xml:space="preserve">1.598.745,28 lei </w:t>
      </w:r>
      <w:proofErr w:type="spellStart"/>
      <w:r w:rsidRPr="00BC1B93">
        <w:rPr>
          <w:lang w:val="fr-FR"/>
        </w:rPr>
        <w:t>valoare</w:t>
      </w:r>
      <w:proofErr w:type="spellEnd"/>
      <w:r w:rsidRPr="00BC1B93">
        <w:rPr>
          <w:lang w:val="fr-FR"/>
        </w:rPr>
        <w:t xml:space="preserve"> </w:t>
      </w:r>
      <w:proofErr w:type="spellStart"/>
      <w:r w:rsidRPr="00BC1B93">
        <w:rPr>
          <w:lang w:val="fr-FR"/>
        </w:rPr>
        <w:t>eligibilă</w:t>
      </w:r>
      <w:proofErr w:type="spellEnd"/>
      <w:r w:rsidRPr="00BC1B93">
        <w:rPr>
          <w:lang w:val="fr-FR"/>
        </w:rPr>
        <w:t xml:space="preserve"> din PNRR </w:t>
      </w:r>
      <w:proofErr w:type="spellStart"/>
      <w:r w:rsidRPr="00BC1B93">
        <w:rPr>
          <w:lang w:val="fr-FR"/>
        </w:rPr>
        <w:t>și</w:t>
      </w:r>
      <w:proofErr w:type="spellEnd"/>
      <w:r w:rsidRPr="00BC1B93">
        <w:rPr>
          <w:lang w:val="fr-FR"/>
        </w:rPr>
        <w:t xml:space="preserve"> 303.761,60 lei TVA </w:t>
      </w:r>
      <w:proofErr w:type="spellStart"/>
      <w:r w:rsidRPr="00BC1B93">
        <w:rPr>
          <w:lang w:val="fr-FR"/>
        </w:rPr>
        <w:t>aferentă</w:t>
      </w:r>
      <w:proofErr w:type="spellEnd"/>
    </w:p>
    <w:p w14:paraId="789CB3FC" w14:textId="77777777" w:rsidR="00457D08" w:rsidRPr="00BC1B93" w:rsidRDefault="0061341C">
      <w:pPr>
        <w:spacing w:before="120" w:after="120"/>
        <w:jc w:val="both"/>
        <w:rPr>
          <w:lang w:val="fr-FR"/>
        </w:rPr>
      </w:pPr>
      <w:r w:rsidRPr="00BC1B93">
        <w:rPr>
          <w:b/>
          <w:lang w:val="fr-FR"/>
        </w:rPr>
        <w:lastRenderedPageBreak/>
        <w:t xml:space="preserve">Apel de </w:t>
      </w:r>
      <w:proofErr w:type="spellStart"/>
      <w:r w:rsidRPr="00BC1B93">
        <w:rPr>
          <w:b/>
          <w:lang w:val="fr-FR"/>
        </w:rPr>
        <w:t>proiecte</w:t>
      </w:r>
      <w:proofErr w:type="spellEnd"/>
      <w:r w:rsidRPr="00BC1B93">
        <w:rPr>
          <w:b/>
          <w:lang w:val="fr-FR"/>
        </w:rPr>
        <w:t xml:space="preserve"> </w:t>
      </w:r>
      <w:proofErr w:type="spellStart"/>
      <w:r w:rsidRPr="00BC1B93">
        <w:rPr>
          <w:b/>
          <w:lang w:val="fr-FR"/>
        </w:rPr>
        <w:t>gestionat</w:t>
      </w:r>
      <w:proofErr w:type="spellEnd"/>
      <w:r w:rsidRPr="00BC1B93">
        <w:rPr>
          <w:b/>
          <w:lang w:val="fr-FR"/>
        </w:rPr>
        <w:t xml:space="preserve"> de </w:t>
      </w:r>
      <w:proofErr w:type="spellStart"/>
      <w:r w:rsidRPr="00BC1B93">
        <w:rPr>
          <w:b/>
          <w:lang w:val="fr-FR"/>
        </w:rPr>
        <w:t>Ministerul</w:t>
      </w:r>
      <w:proofErr w:type="spellEnd"/>
      <w:r w:rsidRPr="00BC1B93">
        <w:rPr>
          <w:b/>
          <w:lang w:val="fr-FR"/>
        </w:rPr>
        <w:t xml:space="preserve"> Dezvoltării, </w:t>
      </w:r>
      <w:proofErr w:type="spellStart"/>
      <w:r w:rsidRPr="00BC1B93">
        <w:rPr>
          <w:b/>
          <w:lang w:val="fr-FR"/>
        </w:rPr>
        <w:t>Lucrărilor</w:t>
      </w:r>
      <w:proofErr w:type="spellEnd"/>
      <w:r w:rsidRPr="00BC1B93">
        <w:rPr>
          <w:b/>
          <w:lang w:val="fr-FR"/>
        </w:rPr>
        <w:t xml:space="preserve"> </w:t>
      </w:r>
      <w:proofErr w:type="spellStart"/>
      <w:r w:rsidRPr="00BC1B93">
        <w:rPr>
          <w:b/>
          <w:lang w:val="fr-FR"/>
        </w:rPr>
        <w:t>Publice</w:t>
      </w:r>
      <w:proofErr w:type="spellEnd"/>
      <w:r w:rsidRPr="00BC1B93">
        <w:rPr>
          <w:b/>
          <w:lang w:val="fr-FR"/>
        </w:rPr>
        <w:t xml:space="preserve"> </w:t>
      </w:r>
      <w:proofErr w:type="spellStart"/>
      <w:r w:rsidRPr="00BC1B93">
        <w:rPr>
          <w:b/>
          <w:lang w:val="fr-FR"/>
        </w:rPr>
        <w:t>și</w:t>
      </w:r>
      <w:proofErr w:type="spellEnd"/>
      <w:r w:rsidRPr="00BC1B93">
        <w:rPr>
          <w:b/>
          <w:lang w:val="fr-FR"/>
        </w:rPr>
        <w:t xml:space="preserve"> </w:t>
      </w:r>
      <w:proofErr w:type="spellStart"/>
      <w:r w:rsidRPr="00BC1B93">
        <w:rPr>
          <w:b/>
          <w:lang w:val="fr-FR"/>
        </w:rPr>
        <w:t>Administrației</w:t>
      </w:r>
      <w:proofErr w:type="spellEnd"/>
      <w:r w:rsidRPr="00BC1B93">
        <w:rPr>
          <w:b/>
          <w:lang w:val="fr-FR"/>
        </w:rPr>
        <w:t xml:space="preserve">, </w:t>
      </w:r>
      <w:proofErr w:type="spellStart"/>
      <w:r w:rsidRPr="00BC1B93">
        <w:rPr>
          <w:b/>
          <w:lang w:val="fr-FR"/>
        </w:rPr>
        <w:t>finanțat</w:t>
      </w:r>
      <w:proofErr w:type="spellEnd"/>
      <w:r w:rsidRPr="00BC1B93">
        <w:rPr>
          <w:b/>
          <w:lang w:val="fr-FR"/>
        </w:rPr>
        <w:t xml:space="preserve"> din </w:t>
      </w:r>
      <w:proofErr w:type="spellStart"/>
      <w:r w:rsidRPr="00BC1B93">
        <w:rPr>
          <w:b/>
          <w:lang w:val="fr-FR"/>
        </w:rPr>
        <w:t>fonduri</w:t>
      </w:r>
      <w:proofErr w:type="spellEnd"/>
      <w:r w:rsidRPr="00BC1B93">
        <w:rPr>
          <w:b/>
          <w:lang w:val="fr-FR"/>
        </w:rPr>
        <w:t xml:space="preserve"> </w:t>
      </w:r>
      <w:proofErr w:type="spellStart"/>
      <w:r w:rsidRPr="00BC1B93">
        <w:rPr>
          <w:b/>
          <w:lang w:val="fr-FR"/>
        </w:rPr>
        <w:t>europene</w:t>
      </w:r>
      <w:proofErr w:type="spellEnd"/>
      <w:r w:rsidRPr="00BC1B93">
        <w:rPr>
          <w:b/>
          <w:lang w:val="fr-FR"/>
        </w:rPr>
        <w:t xml:space="preserve"> prin </w:t>
      </w:r>
      <w:proofErr w:type="spellStart"/>
      <w:r w:rsidRPr="00BC1B93">
        <w:rPr>
          <w:b/>
          <w:lang w:val="fr-FR"/>
        </w:rPr>
        <w:t>Planul</w:t>
      </w:r>
      <w:proofErr w:type="spellEnd"/>
      <w:r w:rsidRPr="00BC1B93">
        <w:rPr>
          <w:b/>
          <w:lang w:val="fr-FR"/>
        </w:rPr>
        <w:t xml:space="preserve"> </w:t>
      </w:r>
      <w:proofErr w:type="spellStart"/>
      <w:r w:rsidRPr="00BC1B93">
        <w:rPr>
          <w:b/>
          <w:lang w:val="fr-FR"/>
        </w:rPr>
        <w:t>Național</w:t>
      </w:r>
      <w:proofErr w:type="spellEnd"/>
      <w:r w:rsidRPr="00BC1B93">
        <w:rPr>
          <w:b/>
          <w:lang w:val="fr-FR"/>
        </w:rPr>
        <w:t xml:space="preserve"> de </w:t>
      </w:r>
      <w:proofErr w:type="spellStart"/>
      <w:r w:rsidRPr="00BC1B93">
        <w:rPr>
          <w:b/>
          <w:lang w:val="fr-FR"/>
        </w:rPr>
        <w:t>Redresare</w:t>
      </w:r>
      <w:proofErr w:type="spellEnd"/>
      <w:r w:rsidRPr="00BC1B93">
        <w:rPr>
          <w:b/>
          <w:lang w:val="fr-FR"/>
        </w:rPr>
        <w:t xml:space="preserve"> </w:t>
      </w:r>
      <w:proofErr w:type="spellStart"/>
      <w:r w:rsidRPr="00BC1B93">
        <w:rPr>
          <w:b/>
          <w:lang w:val="fr-FR"/>
        </w:rPr>
        <w:t>și</w:t>
      </w:r>
      <w:proofErr w:type="spellEnd"/>
      <w:r w:rsidRPr="00BC1B93">
        <w:rPr>
          <w:b/>
          <w:lang w:val="fr-FR"/>
        </w:rPr>
        <w:t xml:space="preserve"> </w:t>
      </w:r>
      <w:proofErr w:type="spellStart"/>
      <w:r w:rsidRPr="00BC1B93">
        <w:rPr>
          <w:b/>
          <w:lang w:val="fr-FR"/>
        </w:rPr>
        <w:t>Reziliență</w:t>
      </w:r>
      <w:proofErr w:type="spellEnd"/>
      <w:r w:rsidRPr="00BC1B93">
        <w:rPr>
          <w:b/>
          <w:lang w:val="fr-FR"/>
        </w:rPr>
        <w:t xml:space="preserve"> al </w:t>
      </w:r>
      <w:proofErr w:type="spellStart"/>
      <w:r w:rsidRPr="00BC1B93">
        <w:rPr>
          <w:b/>
          <w:lang w:val="fr-FR"/>
        </w:rPr>
        <w:t>României</w:t>
      </w:r>
      <w:proofErr w:type="spellEnd"/>
      <w:r w:rsidRPr="00BC1B93">
        <w:rPr>
          <w:b/>
          <w:lang w:val="fr-FR"/>
        </w:rPr>
        <w:t xml:space="preserve"> </w:t>
      </w:r>
      <w:proofErr w:type="spellStart"/>
      <w:r w:rsidRPr="00BC1B93">
        <w:rPr>
          <w:b/>
          <w:lang w:val="fr-FR"/>
        </w:rPr>
        <w:t>și</w:t>
      </w:r>
      <w:proofErr w:type="spellEnd"/>
      <w:r w:rsidRPr="00BC1B93">
        <w:rPr>
          <w:b/>
          <w:lang w:val="fr-FR"/>
        </w:rPr>
        <w:t xml:space="preserve"> din </w:t>
      </w:r>
      <w:proofErr w:type="spellStart"/>
      <w:r w:rsidRPr="00BC1B93">
        <w:rPr>
          <w:b/>
          <w:lang w:val="fr-FR"/>
        </w:rPr>
        <w:t>fonduri</w:t>
      </w:r>
      <w:proofErr w:type="spellEnd"/>
      <w:r w:rsidRPr="00BC1B93">
        <w:rPr>
          <w:b/>
          <w:lang w:val="fr-FR"/>
        </w:rPr>
        <w:t xml:space="preserve"> </w:t>
      </w:r>
      <w:proofErr w:type="spellStart"/>
      <w:r w:rsidRPr="00BC1B93">
        <w:rPr>
          <w:b/>
          <w:lang w:val="fr-FR"/>
        </w:rPr>
        <w:t>naționale</w:t>
      </w:r>
      <w:proofErr w:type="spellEnd"/>
      <w:r w:rsidRPr="00BC1B93">
        <w:rPr>
          <w:b/>
          <w:lang w:val="fr-FR"/>
        </w:rPr>
        <w:t>.</w:t>
      </w:r>
    </w:p>
    <w:p w14:paraId="2EB1D17E" w14:textId="77777777" w:rsidR="00457D08" w:rsidRPr="00BC1B93" w:rsidRDefault="0061341C">
      <w:pPr>
        <w:jc w:val="center"/>
        <w:rPr>
          <w:lang w:val="fr-FR"/>
        </w:rPr>
      </w:pPr>
      <w:proofErr w:type="gramStart"/>
      <w:r w:rsidRPr="00BC1B93">
        <w:rPr>
          <w:b/>
          <w:sz w:val="23"/>
          <w:lang w:val="fr-FR"/>
        </w:rPr>
        <w:t>PNRR:</w:t>
      </w:r>
      <w:proofErr w:type="gramEnd"/>
      <w:r w:rsidRPr="00BC1B93">
        <w:rPr>
          <w:b/>
          <w:sz w:val="23"/>
          <w:lang w:val="fr-FR"/>
        </w:rPr>
        <w:t xml:space="preserve"> </w:t>
      </w:r>
      <w:proofErr w:type="spellStart"/>
      <w:r w:rsidRPr="00BC1B93">
        <w:rPr>
          <w:b/>
          <w:sz w:val="23"/>
          <w:lang w:val="fr-FR"/>
        </w:rPr>
        <w:t>Fonduri</w:t>
      </w:r>
      <w:proofErr w:type="spellEnd"/>
      <w:r w:rsidRPr="00BC1B93">
        <w:rPr>
          <w:b/>
          <w:sz w:val="23"/>
          <w:lang w:val="fr-FR"/>
        </w:rPr>
        <w:t xml:space="preserve"> </w:t>
      </w:r>
      <w:proofErr w:type="spellStart"/>
      <w:r w:rsidRPr="00BC1B93">
        <w:rPr>
          <w:b/>
          <w:sz w:val="23"/>
          <w:lang w:val="fr-FR"/>
        </w:rPr>
        <w:t>pentru</w:t>
      </w:r>
      <w:proofErr w:type="spellEnd"/>
      <w:r w:rsidRPr="00BC1B93">
        <w:rPr>
          <w:b/>
          <w:sz w:val="23"/>
          <w:lang w:val="fr-FR"/>
        </w:rPr>
        <w:t xml:space="preserve"> </w:t>
      </w:r>
      <w:proofErr w:type="spellStart"/>
      <w:r w:rsidRPr="00BC1B93">
        <w:rPr>
          <w:b/>
          <w:sz w:val="23"/>
          <w:lang w:val="fr-FR"/>
        </w:rPr>
        <w:t>România</w:t>
      </w:r>
      <w:proofErr w:type="spellEnd"/>
      <w:r w:rsidRPr="00BC1B93">
        <w:rPr>
          <w:b/>
          <w:sz w:val="23"/>
          <w:lang w:val="fr-FR"/>
        </w:rPr>
        <w:t xml:space="preserve"> </w:t>
      </w:r>
      <w:proofErr w:type="spellStart"/>
      <w:r w:rsidRPr="00BC1B93">
        <w:rPr>
          <w:b/>
          <w:sz w:val="23"/>
          <w:lang w:val="fr-FR"/>
        </w:rPr>
        <w:t>modernă</w:t>
      </w:r>
      <w:proofErr w:type="spellEnd"/>
      <w:r w:rsidRPr="00BC1B93">
        <w:rPr>
          <w:b/>
          <w:sz w:val="23"/>
          <w:lang w:val="fr-FR"/>
        </w:rPr>
        <w:t xml:space="preserve"> </w:t>
      </w:r>
      <w:proofErr w:type="spellStart"/>
      <w:r w:rsidRPr="00BC1B93">
        <w:rPr>
          <w:b/>
          <w:sz w:val="23"/>
          <w:lang w:val="fr-FR"/>
        </w:rPr>
        <w:t>și</w:t>
      </w:r>
      <w:proofErr w:type="spellEnd"/>
      <w:r w:rsidRPr="00BC1B93">
        <w:rPr>
          <w:b/>
          <w:sz w:val="23"/>
          <w:lang w:val="fr-FR"/>
        </w:rPr>
        <w:t xml:space="preserve"> </w:t>
      </w:r>
      <w:proofErr w:type="spellStart"/>
      <w:proofErr w:type="gramStart"/>
      <w:r w:rsidRPr="00BC1B93">
        <w:rPr>
          <w:b/>
          <w:sz w:val="23"/>
          <w:lang w:val="fr-FR"/>
        </w:rPr>
        <w:t>reformată</w:t>
      </w:r>
      <w:proofErr w:type="spellEnd"/>
      <w:r w:rsidRPr="00BC1B93">
        <w:rPr>
          <w:b/>
          <w:sz w:val="23"/>
          <w:lang w:val="fr-FR"/>
        </w:rPr>
        <w:t>!</w:t>
      </w:r>
      <w:proofErr w:type="gramEnd"/>
    </w:p>
    <w:p w14:paraId="76BEADDB" w14:textId="7A320BCA" w:rsidR="00457D08" w:rsidRPr="00BC1B93" w:rsidRDefault="0061341C">
      <w:pPr>
        <w:spacing w:before="100" w:line="252" w:lineRule="auto"/>
        <w:rPr>
          <w:lang w:val="fr-FR"/>
        </w:rPr>
      </w:pPr>
      <w:r w:rsidRPr="00BC1B93">
        <w:rPr>
          <w:b/>
          <w:lang w:val="fr-FR"/>
        </w:rPr>
        <w:t xml:space="preserve">Date de </w:t>
      </w:r>
      <w:proofErr w:type="gramStart"/>
      <w:r w:rsidRPr="00BC1B93">
        <w:rPr>
          <w:b/>
          <w:lang w:val="fr-FR"/>
        </w:rPr>
        <w:t>contact:</w:t>
      </w:r>
      <w:proofErr w:type="gramEnd"/>
      <w:r w:rsidRPr="00BC1B93">
        <w:rPr>
          <w:b/>
          <w:lang w:val="fr-FR"/>
        </w:rPr>
        <w:t xml:space="preserve"> </w:t>
      </w:r>
      <w:r w:rsidRPr="00BC1B93">
        <w:rPr>
          <w:shd w:val="clear" w:color="auto" w:fill="FFF2CC"/>
          <w:lang w:val="fr-FR"/>
        </w:rPr>
        <w:t xml:space="preserve">manager de </w:t>
      </w:r>
      <w:proofErr w:type="spellStart"/>
      <w:r w:rsidRPr="00BC1B93">
        <w:rPr>
          <w:shd w:val="clear" w:color="auto" w:fill="FFF2CC"/>
          <w:lang w:val="fr-FR"/>
        </w:rPr>
        <w:t>proiect</w:t>
      </w:r>
      <w:proofErr w:type="spellEnd"/>
      <w:r w:rsidRPr="00BC1B93">
        <w:rPr>
          <w:shd w:val="clear" w:color="auto" w:fill="FFF2CC"/>
          <w:lang w:val="fr-FR"/>
        </w:rPr>
        <w:t xml:space="preserve"> </w:t>
      </w:r>
      <w:r w:rsidR="00234561" w:rsidRPr="00BC1B93">
        <w:rPr>
          <w:shd w:val="clear" w:color="auto" w:fill="FFF2CC"/>
          <w:lang w:val="fr-FR"/>
        </w:rPr>
        <w:t>Ilie Gabriela -Nina</w:t>
      </w:r>
      <w:r w:rsidRPr="00BC1B93">
        <w:rPr>
          <w:shd w:val="clear" w:color="auto" w:fill="FFF2CC"/>
          <w:lang w:val="fr-FR"/>
        </w:rPr>
        <w:t xml:space="preserve"> | </w:t>
      </w:r>
      <w:proofErr w:type="spellStart"/>
      <w:r w:rsidRPr="00BC1B93">
        <w:rPr>
          <w:shd w:val="clear" w:color="auto" w:fill="FFF2CC"/>
          <w:lang w:val="fr-FR"/>
        </w:rPr>
        <w:t>telefon</w:t>
      </w:r>
      <w:proofErr w:type="spellEnd"/>
      <w:r w:rsidRPr="00BC1B93">
        <w:rPr>
          <w:shd w:val="clear" w:color="auto" w:fill="FFF2CC"/>
          <w:lang w:val="fr-FR"/>
        </w:rPr>
        <w:t xml:space="preserve"> </w:t>
      </w:r>
      <w:r w:rsidR="00952EED" w:rsidRPr="00BC1B93">
        <w:rPr>
          <w:shd w:val="clear" w:color="auto" w:fill="FFF2CC"/>
          <w:lang w:val="fr-FR"/>
        </w:rPr>
        <w:t>0240576306</w:t>
      </w:r>
      <w:r w:rsidRPr="00BC1B93">
        <w:rPr>
          <w:shd w:val="clear" w:color="auto" w:fill="FFF2CC"/>
          <w:lang w:val="fr-FR"/>
        </w:rPr>
        <w:t xml:space="preserve"> | e-mail </w:t>
      </w:r>
      <w:r w:rsidR="00234561" w:rsidRPr="00BC1B93">
        <w:rPr>
          <w:shd w:val="clear" w:color="auto" w:fill="FFF2CC"/>
          <w:lang w:val="fr-FR"/>
        </w:rPr>
        <w:t>contact@primaria-dorobantu.ro</w:t>
      </w:r>
    </w:p>
    <w:p w14:paraId="0C2097A8" w14:textId="77777777" w:rsidR="00457D08" w:rsidRPr="006F7612" w:rsidRDefault="0061341C">
      <w:pPr>
        <w:spacing w:after="0" w:line="240" w:lineRule="auto"/>
        <w:jc w:val="center"/>
        <w:rPr>
          <w:lang w:val="fr-FR"/>
        </w:rPr>
      </w:pPr>
      <w:proofErr w:type="spellStart"/>
      <w:r w:rsidRPr="00BC1B93">
        <w:rPr>
          <w:i/>
          <w:sz w:val="17"/>
          <w:lang w:val="fr-FR"/>
        </w:rPr>
        <w:t>Conținutul</w:t>
      </w:r>
      <w:proofErr w:type="spellEnd"/>
      <w:r w:rsidRPr="00BC1B93">
        <w:rPr>
          <w:i/>
          <w:sz w:val="17"/>
          <w:lang w:val="fr-FR"/>
        </w:rPr>
        <w:t xml:space="preserve"> </w:t>
      </w:r>
      <w:proofErr w:type="spellStart"/>
      <w:r w:rsidRPr="00BC1B93">
        <w:rPr>
          <w:i/>
          <w:sz w:val="17"/>
          <w:lang w:val="fr-FR"/>
        </w:rPr>
        <w:t>acestui</w:t>
      </w:r>
      <w:proofErr w:type="spellEnd"/>
      <w:r w:rsidRPr="00BC1B93">
        <w:rPr>
          <w:i/>
          <w:sz w:val="17"/>
          <w:lang w:val="fr-FR"/>
        </w:rPr>
        <w:t xml:space="preserve"> </w:t>
      </w:r>
      <w:proofErr w:type="spellStart"/>
      <w:r w:rsidRPr="00BC1B93">
        <w:rPr>
          <w:i/>
          <w:sz w:val="17"/>
          <w:lang w:val="fr-FR"/>
        </w:rPr>
        <w:t>material</w:t>
      </w:r>
      <w:proofErr w:type="spellEnd"/>
      <w:r w:rsidRPr="00BC1B93">
        <w:rPr>
          <w:i/>
          <w:sz w:val="17"/>
          <w:lang w:val="fr-FR"/>
        </w:rPr>
        <w:t xml:space="preserve"> nu </w:t>
      </w:r>
      <w:proofErr w:type="spellStart"/>
      <w:r w:rsidRPr="00BC1B93">
        <w:rPr>
          <w:i/>
          <w:sz w:val="17"/>
          <w:lang w:val="fr-FR"/>
        </w:rPr>
        <w:t>reprezintă</w:t>
      </w:r>
      <w:proofErr w:type="spellEnd"/>
      <w:r w:rsidRPr="00BC1B93">
        <w:rPr>
          <w:i/>
          <w:sz w:val="17"/>
          <w:lang w:val="fr-FR"/>
        </w:rPr>
        <w:t xml:space="preserve"> </w:t>
      </w:r>
      <w:proofErr w:type="spellStart"/>
      <w:r w:rsidRPr="00BC1B93">
        <w:rPr>
          <w:i/>
          <w:sz w:val="17"/>
          <w:lang w:val="fr-FR"/>
        </w:rPr>
        <w:t>în</w:t>
      </w:r>
      <w:proofErr w:type="spellEnd"/>
      <w:r w:rsidRPr="00BC1B93">
        <w:rPr>
          <w:i/>
          <w:sz w:val="17"/>
          <w:lang w:val="fr-FR"/>
        </w:rPr>
        <w:t xml:space="preserve"> mod </w:t>
      </w:r>
      <w:proofErr w:type="spellStart"/>
      <w:r w:rsidRPr="00BC1B93">
        <w:rPr>
          <w:i/>
          <w:sz w:val="17"/>
          <w:lang w:val="fr-FR"/>
        </w:rPr>
        <w:t>obligatoriu</w:t>
      </w:r>
      <w:proofErr w:type="spellEnd"/>
      <w:r w:rsidRPr="00BC1B93">
        <w:rPr>
          <w:i/>
          <w:sz w:val="17"/>
          <w:lang w:val="fr-FR"/>
        </w:rPr>
        <w:t xml:space="preserve"> </w:t>
      </w:r>
      <w:proofErr w:type="spellStart"/>
      <w:r w:rsidRPr="00BC1B93">
        <w:rPr>
          <w:i/>
          <w:sz w:val="17"/>
          <w:lang w:val="fr-FR"/>
        </w:rPr>
        <w:t>poziția</w:t>
      </w:r>
      <w:proofErr w:type="spellEnd"/>
      <w:r w:rsidRPr="00BC1B93">
        <w:rPr>
          <w:i/>
          <w:sz w:val="17"/>
          <w:lang w:val="fr-FR"/>
        </w:rPr>
        <w:t xml:space="preserve"> </w:t>
      </w:r>
      <w:proofErr w:type="spellStart"/>
      <w:r w:rsidRPr="00BC1B93">
        <w:rPr>
          <w:i/>
          <w:sz w:val="17"/>
          <w:lang w:val="fr-FR"/>
        </w:rPr>
        <w:t>oficială</w:t>
      </w:r>
      <w:proofErr w:type="spellEnd"/>
      <w:r w:rsidRPr="00BC1B93">
        <w:rPr>
          <w:i/>
          <w:sz w:val="17"/>
          <w:lang w:val="fr-FR"/>
        </w:rPr>
        <w:t xml:space="preserve"> a </w:t>
      </w:r>
      <w:proofErr w:type="spellStart"/>
      <w:r w:rsidRPr="00BC1B93">
        <w:rPr>
          <w:i/>
          <w:sz w:val="17"/>
          <w:lang w:val="fr-FR"/>
        </w:rPr>
        <w:t>Uniunii</w:t>
      </w:r>
      <w:proofErr w:type="spellEnd"/>
      <w:r w:rsidRPr="00BC1B93">
        <w:rPr>
          <w:i/>
          <w:sz w:val="17"/>
          <w:lang w:val="fr-FR"/>
        </w:rPr>
        <w:t xml:space="preserve"> </w:t>
      </w:r>
      <w:proofErr w:type="spellStart"/>
      <w:r w:rsidRPr="00BC1B93">
        <w:rPr>
          <w:i/>
          <w:sz w:val="17"/>
          <w:lang w:val="fr-FR"/>
        </w:rPr>
        <w:t>Europene</w:t>
      </w:r>
      <w:proofErr w:type="spellEnd"/>
      <w:r w:rsidRPr="00BC1B93">
        <w:rPr>
          <w:i/>
          <w:sz w:val="17"/>
          <w:lang w:val="fr-FR"/>
        </w:rPr>
        <w:t xml:space="preserve"> </w:t>
      </w:r>
      <w:proofErr w:type="spellStart"/>
      <w:r w:rsidRPr="00BC1B93">
        <w:rPr>
          <w:i/>
          <w:sz w:val="17"/>
          <w:lang w:val="fr-FR"/>
        </w:rPr>
        <w:t>sau</w:t>
      </w:r>
      <w:proofErr w:type="spellEnd"/>
      <w:r w:rsidRPr="00BC1B93">
        <w:rPr>
          <w:i/>
          <w:sz w:val="17"/>
          <w:lang w:val="fr-FR"/>
        </w:rPr>
        <w:t xml:space="preserve"> a </w:t>
      </w:r>
      <w:proofErr w:type="spellStart"/>
      <w:r w:rsidRPr="00BC1B93">
        <w:rPr>
          <w:i/>
          <w:sz w:val="17"/>
          <w:lang w:val="fr-FR"/>
        </w:rPr>
        <w:t>Guvernului</w:t>
      </w:r>
      <w:proofErr w:type="spellEnd"/>
      <w:r w:rsidRPr="00BC1B93">
        <w:rPr>
          <w:i/>
          <w:sz w:val="17"/>
          <w:lang w:val="fr-FR"/>
        </w:rPr>
        <w:t xml:space="preserve"> </w:t>
      </w:r>
      <w:proofErr w:type="spellStart"/>
      <w:r w:rsidRPr="00BC1B93">
        <w:rPr>
          <w:i/>
          <w:sz w:val="17"/>
          <w:lang w:val="fr-FR"/>
        </w:rPr>
        <w:t>României</w:t>
      </w:r>
      <w:proofErr w:type="spellEnd"/>
      <w:r w:rsidRPr="00BC1B93">
        <w:rPr>
          <w:i/>
          <w:sz w:val="17"/>
          <w:lang w:val="fr-FR"/>
        </w:rPr>
        <w:t>.</w:t>
      </w:r>
    </w:p>
    <w:sectPr w:rsidR="00457D08" w:rsidRPr="006F7612" w:rsidSect="00034616">
      <w:headerReference w:type="default" r:id="rId8"/>
      <w:footerReference w:type="default" r:id="rId9"/>
      <w:pgSz w:w="11906" w:h="16838"/>
      <w:pgMar w:top="1162" w:right="935" w:bottom="1134" w:left="935" w:header="312"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940D" w14:textId="77777777" w:rsidR="0061341C" w:rsidRDefault="0061341C">
      <w:pPr>
        <w:spacing w:after="0" w:line="240" w:lineRule="auto"/>
      </w:pPr>
      <w:r>
        <w:separator/>
      </w:r>
    </w:p>
  </w:endnote>
  <w:endnote w:type="continuationSeparator" w:id="0">
    <w:p w14:paraId="5750E2C6" w14:textId="77777777" w:rsidR="0061341C" w:rsidRDefault="00613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AF48" w14:textId="77777777" w:rsidR="00457D08" w:rsidRDefault="0061341C">
    <w:pPr>
      <w:pStyle w:val="Subsol"/>
      <w:spacing w:after="40"/>
      <w:jc w:val="center"/>
    </w:pPr>
    <w:r>
      <w:rPr>
        <w:noProof/>
      </w:rPr>
      <w:drawing>
        <wp:inline distT="0" distB="0" distL="0" distR="0" wp14:anchorId="5905B1B6" wp14:editId="4A7F79FE">
          <wp:extent cx="6156000" cy="132032"/>
          <wp:effectExtent l="0" t="0" r="0" b="0"/>
          <wp:docPr id="1353765572" name="Picture 1353765572" descr="Element grafic de subsol PN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stretch>
                    <a:fillRect/>
                  </a:stretch>
                </pic:blipFill>
                <pic:spPr>
                  <a:xfrm>
                    <a:off x="0" y="0"/>
                    <a:ext cx="6156000" cy="132032"/>
                  </a:xfrm>
                  <a:prstGeom prst="rect">
                    <a:avLst/>
                  </a:prstGeom>
                </pic:spPr>
              </pic:pic>
            </a:graphicData>
          </a:graphic>
        </wp:inline>
      </w:drawing>
    </w:r>
  </w:p>
  <w:p w14:paraId="0B2B5379" w14:textId="77777777" w:rsidR="00457D08" w:rsidRPr="003823B0" w:rsidRDefault="0061341C">
    <w:pPr>
      <w:spacing w:after="20" w:line="240" w:lineRule="auto"/>
      <w:jc w:val="center"/>
      <w:rPr>
        <w:lang w:val="fr-FR"/>
      </w:rPr>
    </w:pPr>
    <w:r w:rsidRPr="003823B0">
      <w:rPr>
        <w:color w:val="0046A8"/>
        <w:sz w:val="17"/>
        <w:lang w:val="fr-FR"/>
      </w:rPr>
      <w:t xml:space="preserve">PNRR. </w:t>
    </w:r>
    <w:proofErr w:type="spellStart"/>
    <w:r w:rsidRPr="003823B0">
      <w:rPr>
        <w:color w:val="0046A8"/>
        <w:sz w:val="17"/>
        <w:lang w:val="fr-FR"/>
      </w:rPr>
      <w:t>Finanțat</w:t>
    </w:r>
    <w:proofErr w:type="spellEnd"/>
    <w:r w:rsidRPr="003823B0">
      <w:rPr>
        <w:color w:val="0046A8"/>
        <w:sz w:val="17"/>
        <w:lang w:val="fr-FR"/>
      </w:rPr>
      <w:t xml:space="preserve"> de </w:t>
    </w:r>
    <w:proofErr w:type="spellStart"/>
    <w:r w:rsidRPr="003823B0">
      <w:rPr>
        <w:color w:val="0046A8"/>
        <w:sz w:val="17"/>
        <w:lang w:val="fr-FR"/>
      </w:rPr>
      <w:t>Uniunea</w:t>
    </w:r>
    <w:proofErr w:type="spellEnd"/>
    <w:r w:rsidRPr="003823B0">
      <w:rPr>
        <w:color w:val="0046A8"/>
        <w:sz w:val="17"/>
        <w:lang w:val="fr-FR"/>
      </w:rPr>
      <w:t xml:space="preserve"> </w:t>
    </w:r>
    <w:proofErr w:type="spellStart"/>
    <w:r w:rsidRPr="003823B0">
      <w:rPr>
        <w:color w:val="0046A8"/>
        <w:sz w:val="17"/>
        <w:lang w:val="fr-FR"/>
      </w:rPr>
      <w:t>Europeană</w:t>
    </w:r>
    <w:proofErr w:type="spellEnd"/>
    <w:r w:rsidRPr="003823B0">
      <w:rPr>
        <w:color w:val="0046A8"/>
        <w:sz w:val="17"/>
        <w:lang w:val="fr-FR"/>
      </w:rPr>
      <w:t xml:space="preserve"> - </w:t>
    </w:r>
    <w:proofErr w:type="spellStart"/>
    <w:r w:rsidRPr="003823B0">
      <w:rPr>
        <w:color w:val="0046A8"/>
        <w:sz w:val="17"/>
        <w:lang w:val="fr-FR"/>
      </w:rPr>
      <w:t>UrmătoareaGenerațieUE</w:t>
    </w:r>
    <w:proofErr w:type="spellEnd"/>
  </w:p>
  <w:p w14:paraId="182DF52B" w14:textId="77777777" w:rsidR="00457D08" w:rsidRPr="003823B0" w:rsidRDefault="0061341C">
    <w:pPr>
      <w:spacing w:after="0" w:line="240" w:lineRule="auto"/>
      <w:jc w:val="center"/>
      <w:rPr>
        <w:lang w:val="fr-FR"/>
      </w:rPr>
    </w:pPr>
    <w:r w:rsidRPr="003823B0">
      <w:rPr>
        <w:color w:val="0046A8"/>
        <w:sz w:val="16"/>
        <w:lang w:val="fr-FR"/>
      </w:rPr>
      <w:t>https://mfe.gov.ro/pnrr/    |    https://www.facebook.com/PNRROficial/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79F30" w14:textId="77777777" w:rsidR="0061341C" w:rsidRDefault="0061341C">
      <w:pPr>
        <w:spacing w:after="0" w:line="240" w:lineRule="auto"/>
      </w:pPr>
      <w:r>
        <w:separator/>
      </w:r>
    </w:p>
  </w:footnote>
  <w:footnote w:type="continuationSeparator" w:id="0">
    <w:p w14:paraId="0CD8644C" w14:textId="77777777" w:rsidR="0061341C" w:rsidRDefault="00613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C541" w14:textId="77777777" w:rsidR="00457D08" w:rsidRDefault="0061341C">
    <w:pPr>
      <w:pStyle w:val="Antet"/>
      <w:spacing w:after="20"/>
      <w:jc w:val="center"/>
    </w:pPr>
    <w:r>
      <w:rPr>
        <w:noProof/>
      </w:rPr>
      <w:drawing>
        <wp:inline distT="0" distB="0" distL="0" distR="0" wp14:anchorId="3FDC7E1A" wp14:editId="08DE739B">
          <wp:extent cx="6083999" cy="528387"/>
          <wp:effectExtent l="0" t="0" r="0" b="0"/>
          <wp:docPr id="1" name="Picture 1" descr="Semnătura vizuală obligatorie PNRR: Uniunea Europeană, Guvernul României și Planul Național de Redresare și Rezilienț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stretch>
                    <a:fillRect/>
                  </a:stretch>
                </pic:blipFill>
                <pic:spPr>
                  <a:xfrm>
                    <a:off x="0" y="0"/>
                    <a:ext cx="6083999" cy="528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2010254113">
    <w:abstractNumId w:val="8"/>
  </w:num>
  <w:num w:numId="2" w16cid:durableId="1318461189">
    <w:abstractNumId w:val="6"/>
  </w:num>
  <w:num w:numId="3" w16cid:durableId="1243762434">
    <w:abstractNumId w:val="5"/>
  </w:num>
  <w:num w:numId="4" w16cid:durableId="1209100554">
    <w:abstractNumId w:val="4"/>
  </w:num>
  <w:num w:numId="5" w16cid:durableId="1275017179">
    <w:abstractNumId w:val="7"/>
  </w:num>
  <w:num w:numId="6" w16cid:durableId="411313145">
    <w:abstractNumId w:val="3"/>
  </w:num>
  <w:num w:numId="7" w16cid:durableId="1538397370">
    <w:abstractNumId w:val="2"/>
  </w:num>
  <w:num w:numId="8" w16cid:durableId="336814616">
    <w:abstractNumId w:val="1"/>
  </w:num>
  <w:num w:numId="9" w16cid:durableId="132632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47F"/>
    <w:rsid w:val="000A0672"/>
    <w:rsid w:val="0015074B"/>
    <w:rsid w:val="00181F16"/>
    <w:rsid w:val="00234561"/>
    <w:rsid w:val="0029639D"/>
    <w:rsid w:val="002A16C3"/>
    <w:rsid w:val="00326F90"/>
    <w:rsid w:val="003823B0"/>
    <w:rsid w:val="003A7167"/>
    <w:rsid w:val="003E0AE1"/>
    <w:rsid w:val="00457D08"/>
    <w:rsid w:val="00583AB6"/>
    <w:rsid w:val="0061341C"/>
    <w:rsid w:val="006D703E"/>
    <w:rsid w:val="006E4683"/>
    <w:rsid w:val="006F5637"/>
    <w:rsid w:val="006F7612"/>
    <w:rsid w:val="00727E9F"/>
    <w:rsid w:val="008C7A15"/>
    <w:rsid w:val="008D1DDB"/>
    <w:rsid w:val="00952EED"/>
    <w:rsid w:val="009B120A"/>
    <w:rsid w:val="00AA1D8D"/>
    <w:rsid w:val="00B47730"/>
    <w:rsid w:val="00BC0347"/>
    <w:rsid w:val="00BC1B93"/>
    <w:rsid w:val="00BD7648"/>
    <w:rsid w:val="00BE3551"/>
    <w:rsid w:val="00CB0664"/>
    <w:rsid w:val="00ED6296"/>
    <w:rsid w:val="00FC693F"/>
    <w:rsid w:val="00FD5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F8F336"/>
  <w14:defaultImageDpi w14:val="300"/>
  <w15:docId w15:val="{B1B1F36A-A611-4B9E-B963-7EB4EC66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Calibri" w:hAnsi="Calibri"/>
      <w:sz w:val="20"/>
    </w:rPr>
  </w:style>
  <w:style w:type="paragraph" w:styleId="Titlu1">
    <w:name w:val="heading 1"/>
    <w:basedOn w:val="Normal"/>
    <w:next w:val="Normal"/>
    <w:link w:val="Titlu1Caracter"/>
    <w:uiPriority w:val="9"/>
    <w:qFormat/>
    <w:rsid w:val="00FC693F"/>
    <w:pPr>
      <w:keepNext/>
      <w:keepLines/>
      <w:spacing w:before="200"/>
      <w:outlineLvl w:val="0"/>
    </w:pPr>
    <w:rPr>
      <w:rFonts w:asciiTheme="majorHAnsi" w:eastAsiaTheme="majorEastAsia" w:hAnsiTheme="majorHAnsi" w:cstheme="majorBidi"/>
      <w:b/>
      <w:bCs/>
      <w:color w:val="0046A8"/>
      <w:sz w:val="28"/>
      <w:szCs w:val="28"/>
    </w:rPr>
  </w:style>
  <w:style w:type="paragraph" w:styleId="Titlu2">
    <w:name w:val="heading 2"/>
    <w:basedOn w:val="Normal"/>
    <w:next w:val="Normal"/>
    <w:link w:val="Titlu2Caracter"/>
    <w:uiPriority w:val="9"/>
    <w:unhideWhenUsed/>
    <w:qFormat/>
    <w:rsid w:val="00FC693F"/>
    <w:pPr>
      <w:keepNext/>
      <w:keepLines/>
      <w:spacing w:before="160" w:after="80"/>
      <w:outlineLvl w:val="1"/>
    </w:pPr>
    <w:rPr>
      <w:rFonts w:asciiTheme="majorHAnsi" w:eastAsiaTheme="majorEastAsia" w:hAnsiTheme="majorHAnsi" w:cstheme="majorBidi"/>
      <w:b/>
      <w:bCs/>
      <w:color w:val="002F6C"/>
      <w:sz w:val="23"/>
      <w:szCs w:val="26"/>
    </w:rPr>
  </w:style>
  <w:style w:type="paragraph" w:styleId="Titlu3">
    <w:name w:val="heading 3"/>
    <w:basedOn w:val="Normal"/>
    <w:next w:val="Normal"/>
    <w:link w:val="Titlu3Caracter"/>
    <w:uiPriority w:val="9"/>
    <w:unhideWhenUsed/>
    <w:qFormat/>
    <w:rsid w:val="00FC693F"/>
    <w:pPr>
      <w:keepNext/>
      <w:keepLines/>
      <w:spacing w:before="120" w:after="60"/>
      <w:outlineLvl w:val="2"/>
    </w:pPr>
    <w:rPr>
      <w:rFonts w:asciiTheme="majorHAnsi" w:eastAsiaTheme="majorEastAsia" w:hAnsiTheme="majorHAnsi" w:cstheme="majorBidi"/>
      <w:b/>
      <w:bCs/>
      <w:color w:val="002F6C"/>
      <w:sz w:val="2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jectBullet">
    <w:name w:val="Project Bullet"/>
    <w:basedOn w:val="Normal"/>
    <w:pPr>
      <w:spacing w:after="60" w:line="252" w:lineRule="auto"/>
      <w:ind w:left="369" w:hanging="19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3405</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Comunicat de presă privind finalizarea proiectului PNRR C10-I.1.2 și I.1.3</vt:lpstr>
      <vt:lpstr>Comunicat de presă privind finalizarea proiectului PNRR C10-I.1.2 și I.1.3</vt:lpstr>
    </vt:vector>
  </TitlesOfParts>
  <Manager/>
  <Company/>
  <LinksUpToDate>false</LinksUpToDate>
  <CharactersWithSpaces>3985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de presă privind finalizarea proiectului PNRR C10-I.1.2 și I.1.3</dc:title>
  <dc:subject>Finalizarea implementării proiectului - UAT Comuna Cornu</dc:subject>
  <dc:creator>UAT Comuna Cornu</dc:creator>
  <cp:keywords>PNRR, C10, I.1.2, I.1.3, infrastructură TIC, stații de reîncărcare, finalizare proiect</cp:keywords>
  <dc:description>generated by python-docx</dc:description>
  <cp:lastModifiedBy>Gabriela-Nina ILIE</cp:lastModifiedBy>
  <cp:revision>2</cp:revision>
  <dcterms:created xsi:type="dcterms:W3CDTF">2026-08-13T06:20:00Z</dcterms:created>
  <dcterms:modified xsi:type="dcterms:W3CDTF">2026-08-13T06:20:00Z</dcterms:modified>
  <cp:category/>
</cp:coreProperties>
</file>